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B13046" w14:textId="77777777" w:rsidR="0087219D" w:rsidRPr="001A63D6" w:rsidRDefault="001A63D6">
      <w:pPr>
        <w:pStyle w:val="Kop1"/>
        <w:rPr>
          <w:rFonts w:cstheme="majorHAnsi"/>
        </w:rPr>
      </w:pPr>
      <w:r w:rsidRPr="001A63D6">
        <w:rPr>
          <w:rFonts w:cstheme="majorHAnsi"/>
        </w:rPr>
        <w:t>Verslag Bewonersavond Sportcentrum Flidunen</w:t>
      </w:r>
    </w:p>
    <w:p w14:paraId="0895E53E" w14:textId="4750CC0A" w:rsidR="0087219D" w:rsidRPr="001A63D6" w:rsidRDefault="001A63D6">
      <w:pPr>
        <w:pStyle w:val="Kop2"/>
        <w:rPr>
          <w:rFonts w:cstheme="majorHAnsi"/>
        </w:rPr>
      </w:pPr>
      <w:proofErr w:type="spellStart"/>
      <w:r w:rsidRPr="001A63D6">
        <w:rPr>
          <w:rFonts w:cstheme="majorHAnsi"/>
        </w:rPr>
        <w:t>Inleiding</w:t>
      </w:r>
      <w:proofErr w:type="spellEnd"/>
    </w:p>
    <w:p w14:paraId="79884001" w14:textId="5013471B" w:rsidR="0087219D" w:rsidRPr="001A63D6" w:rsidRDefault="001A63D6">
      <w:pPr>
        <w:rPr>
          <w:rFonts w:asciiTheme="majorHAnsi" w:hAnsiTheme="majorHAnsi" w:cstheme="majorHAnsi"/>
        </w:rPr>
      </w:pPr>
      <w:r w:rsidRPr="001A63D6">
        <w:rPr>
          <w:rFonts w:asciiTheme="majorHAnsi" w:hAnsiTheme="majorHAnsi" w:cstheme="majorHAnsi"/>
        </w:rPr>
        <w:t xml:space="preserve">Op </w:t>
      </w:r>
      <w:proofErr w:type="spellStart"/>
      <w:r w:rsidRPr="001A63D6">
        <w:rPr>
          <w:rFonts w:asciiTheme="majorHAnsi" w:hAnsiTheme="majorHAnsi" w:cstheme="majorHAnsi"/>
        </w:rPr>
        <w:t>maandagavond</w:t>
      </w:r>
      <w:proofErr w:type="spellEnd"/>
      <w:r w:rsidRPr="001A63D6">
        <w:rPr>
          <w:rFonts w:asciiTheme="majorHAnsi" w:hAnsiTheme="majorHAnsi" w:cstheme="majorHAnsi"/>
        </w:rPr>
        <w:t xml:space="preserve"> </w:t>
      </w:r>
      <w:r>
        <w:rPr>
          <w:rFonts w:asciiTheme="majorHAnsi" w:hAnsiTheme="majorHAnsi" w:cstheme="majorHAnsi"/>
        </w:rPr>
        <w:t xml:space="preserve">3 </w:t>
      </w:r>
      <w:proofErr w:type="spellStart"/>
      <w:r>
        <w:rPr>
          <w:rFonts w:asciiTheme="majorHAnsi" w:hAnsiTheme="majorHAnsi" w:cstheme="majorHAnsi"/>
        </w:rPr>
        <w:t>februari</w:t>
      </w:r>
      <w:proofErr w:type="spellEnd"/>
      <w:r>
        <w:rPr>
          <w:rFonts w:asciiTheme="majorHAnsi" w:hAnsiTheme="majorHAnsi" w:cstheme="majorHAnsi"/>
        </w:rPr>
        <w:t xml:space="preserve"> </w:t>
      </w:r>
      <w:proofErr w:type="spellStart"/>
      <w:r>
        <w:rPr>
          <w:rFonts w:asciiTheme="majorHAnsi" w:hAnsiTheme="majorHAnsi" w:cstheme="majorHAnsi"/>
        </w:rPr>
        <w:t>j.l</w:t>
      </w:r>
      <w:proofErr w:type="spellEnd"/>
      <w:r>
        <w:rPr>
          <w:rFonts w:asciiTheme="majorHAnsi" w:hAnsiTheme="majorHAnsi" w:cstheme="majorHAnsi"/>
        </w:rPr>
        <w:t>.</w:t>
      </w:r>
      <w:r w:rsidRPr="001A63D6">
        <w:rPr>
          <w:rFonts w:asciiTheme="majorHAnsi" w:hAnsiTheme="majorHAnsi" w:cstheme="majorHAnsi"/>
        </w:rPr>
        <w:t xml:space="preserve"> vond een bewonersavond plaats over de toekomst en het behoud van Sportcentrum Flidunen. Tijdens deze bijeenkomst werden drie presentaties gegeven, gevolgd door een interactieve sessie met Mentimeter en een discussie op flip-overs. De aanwezigen gaven hun mening over de huidige staat van het sportcentrum en deden suggesties voor verbeteringen en toekomstige uitbreidingen.</w:t>
      </w:r>
      <w:r w:rsidRPr="001A63D6">
        <w:rPr>
          <w:rFonts w:asciiTheme="majorHAnsi" w:hAnsiTheme="majorHAnsi" w:cstheme="majorHAnsi"/>
        </w:rPr>
        <w:br/>
      </w:r>
    </w:p>
    <w:p w14:paraId="7B0C6750" w14:textId="60733F11" w:rsidR="0087219D" w:rsidRPr="001A63D6" w:rsidRDefault="001A63D6">
      <w:pPr>
        <w:pStyle w:val="Kop2"/>
        <w:rPr>
          <w:rFonts w:cstheme="majorHAnsi"/>
        </w:rPr>
      </w:pPr>
      <w:proofErr w:type="spellStart"/>
      <w:r w:rsidRPr="001A63D6">
        <w:rPr>
          <w:rFonts w:cstheme="majorHAnsi"/>
        </w:rPr>
        <w:t>Huidige</w:t>
      </w:r>
      <w:proofErr w:type="spellEnd"/>
      <w:r w:rsidRPr="001A63D6">
        <w:rPr>
          <w:rFonts w:cstheme="majorHAnsi"/>
        </w:rPr>
        <w:t xml:space="preserve"> </w:t>
      </w:r>
      <w:proofErr w:type="spellStart"/>
      <w:r w:rsidRPr="001A63D6">
        <w:rPr>
          <w:rFonts w:cstheme="majorHAnsi"/>
        </w:rPr>
        <w:t>Voorzieningen</w:t>
      </w:r>
      <w:proofErr w:type="spellEnd"/>
      <w:r w:rsidRPr="001A63D6">
        <w:rPr>
          <w:rFonts w:cstheme="majorHAnsi"/>
        </w:rPr>
        <w:t xml:space="preserve"> en </w:t>
      </w:r>
      <w:proofErr w:type="spellStart"/>
      <w:r w:rsidRPr="001A63D6">
        <w:rPr>
          <w:rFonts w:cstheme="majorHAnsi"/>
        </w:rPr>
        <w:t>Gebruik</w:t>
      </w:r>
      <w:proofErr w:type="spellEnd"/>
    </w:p>
    <w:p w14:paraId="25E45922" w14:textId="67094A11" w:rsidR="0087219D" w:rsidRPr="001A63D6" w:rsidRDefault="001A63D6">
      <w:pPr>
        <w:rPr>
          <w:rFonts w:asciiTheme="majorHAnsi" w:hAnsiTheme="majorHAnsi" w:cstheme="majorHAnsi"/>
        </w:rPr>
      </w:pPr>
      <w:r w:rsidRPr="001A63D6">
        <w:rPr>
          <w:rFonts w:asciiTheme="majorHAnsi" w:hAnsiTheme="majorHAnsi" w:cstheme="majorHAnsi"/>
        </w:rPr>
        <w:t xml:space="preserve">De aanwezigen benoemden verschillende faciliteiten die momenteel als essentieel </w:t>
      </w:r>
      <w:proofErr w:type="spellStart"/>
      <w:r w:rsidRPr="001A63D6">
        <w:rPr>
          <w:rFonts w:asciiTheme="majorHAnsi" w:hAnsiTheme="majorHAnsi" w:cstheme="majorHAnsi"/>
        </w:rPr>
        <w:t>worden</w:t>
      </w:r>
      <w:proofErr w:type="spellEnd"/>
      <w:r w:rsidRPr="001A63D6">
        <w:rPr>
          <w:rFonts w:asciiTheme="majorHAnsi" w:hAnsiTheme="majorHAnsi" w:cstheme="majorHAnsi"/>
        </w:rPr>
        <w:t xml:space="preserve"> </w:t>
      </w:r>
      <w:proofErr w:type="spellStart"/>
      <w:r w:rsidRPr="001A63D6">
        <w:rPr>
          <w:rFonts w:asciiTheme="majorHAnsi" w:hAnsiTheme="majorHAnsi" w:cstheme="majorHAnsi"/>
        </w:rPr>
        <w:t>beschouwd</w:t>
      </w:r>
      <w:proofErr w:type="spellEnd"/>
      <w:r w:rsidRPr="001A63D6">
        <w:rPr>
          <w:rFonts w:asciiTheme="majorHAnsi" w:hAnsiTheme="majorHAnsi" w:cstheme="majorHAnsi"/>
        </w:rPr>
        <w:t xml:space="preserve"> en </w:t>
      </w:r>
      <w:proofErr w:type="spellStart"/>
      <w:r w:rsidRPr="001A63D6">
        <w:rPr>
          <w:rFonts w:asciiTheme="majorHAnsi" w:hAnsiTheme="majorHAnsi" w:cstheme="majorHAnsi"/>
        </w:rPr>
        <w:t>veel</w:t>
      </w:r>
      <w:proofErr w:type="spellEnd"/>
      <w:r w:rsidRPr="001A63D6">
        <w:rPr>
          <w:rFonts w:asciiTheme="majorHAnsi" w:hAnsiTheme="majorHAnsi" w:cstheme="majorHAnsi"/>
        </w:rPr>
        <w:t xml:space="preserve"> </w:t>
      </w:r>
      <w:proofErr w:type="spellStart"/>
      <w:r w:rsidRPr="001A63D6">
        <w:rPr>
          <w:rFonts w:asciiTheme="majorHAnsi" w:hAnsiTheme="majorHAnsi" w:cstheme="majorHAnsi"/>
        </w:rPr>
        <w:t>worden</w:t>
      </w:r>
      <w:proofErr w:type="spellEnd"/>
      <w:r w:rsidRPr="001A63D6">
        <w:rPr>
          <w:rFonts w:asciiTheme="majorHAnsi" w:hAnsiTheme="majorHAnsi" w:cstheme="majorHAnsi"/>
        </w:rPr>
        <w:t xml:space="preserve"> </w:t>
      </w:r>
      <w:proofErr w:type="spellStart"/>
      <w:r w:rsidRPr="001A63D6">
        <w:rPr>
          <w:rFonts w:asciiTheme="majorHAnsi" w:hAnsiTheme="majorHAnsi" w:cstheme="majorHAnsi"/>
        </w:rPr>
        <w:t>gebruikt</w:t>
      </w:r>
      <w:proofErr w:type="spellEnd"/>
      <w:r w:rsidRPr="001A63D6">
        <w:rPr>
          <w:rFonts w:asciiTheme="majorHAnsi" w:hAnsiTheme="majorHAnsi" w:cstheme="majorHAnsi"/>
        </w:rPr>
        <w:t>:</w:t>
      </w:r>
      <w:r w:rsidRPr="001A63D6">
        <w:rPr>
          <w:rFonts w:asciiTheme="majorHAnsi" w:hAnsiTheme="majorHAnsi" w:cstheme="majorHAnsi"/>
        </w:rPr>
        <w:br/>
        <w:t xml:space="preserve">- </w:t>
      </w:r>
      <w:proofErr w:type="spellStart"/>
      <w:r w:rsidRPr="001A63D6">
        <w:rPr>
          <w:rFonts w:asciiTheme="majorHAnsi" w:hAnsiTheme="majorHAnsi" w:cstheme="majorHAnsi"/>
        </w:rPr>
        <w:t>Zwembad</w:t>
      </w:r>
      <w:proofErr w:type="spellEnd"/>
      <w:r w:rsidRPr="001A63D6">
        <w:rPr>
          <w:rFonts w:asciiTheme="majorHAnsi" w:hAnsiTheme="majorHAnsi" w:cstheme="majorHAnsi"/>
        </w:rPr>
        <w:t xml:space="preserve"> met </w:t>
      </w:r>
      <w:proofErr w:type="spellStart"/>
      <w:r w:rsidRPr="001A63D6">
        <w:rPr>
          <w:rFonts w:asciiTheme="majorHAnsi" w:hAnsiTheme="majorHAnsi" w:cstheme="majorHAnsi"/>
        </w:rPr>
        <w:t>glijbaan</w:t>
      </w:r>
      <w:proofErr w:type="spellEnd"/>
      <w:r w:rsidRPr="001A63D6">
        <w:rPr>
          <w:rFonts w:asciiTheme="majorHAnsi" w:hAnsiTheme="majorHAnsi" w:cstheme="majorHAnsi"/>
        </w:rPr>
        <w:br/>
        <w:t>- Fitnessruimte met moderne apparatuur</w:t>
      </w:r>
      <w:r w:rsidRPr="001A63D6">
        <w:rPr>
          <w:rFonts w:asciiTheme="majorHAnsi" w:hAnsiTheme="majorHAnsi" w:cstheme="majorHAnsi"/>
        </w:rPr>
        <w:br/>
        <w:t>- Horeca/kantine</w:t>
      </w:r>
      <w:r w:rsidRPr="001A63D6">
        <w:rPr>
          <w:rFonts w:asciiTheme="majorHAnsi" w:hAnsiTheme="majorHAnsi" w:cstheme="majorHAnsi"/>
        </w:rPr>
        <w:br/>
        <w:t>- WiFi en schone, goed functionerende kleedruimtes</w:t>
      </w:r>
      <w:r w:rsidRPr="001A63D6">
        <w:rPr>
          <w:rFonts w:asciiTheme="majorHAnsi" w:hAnsiTheme="majorHAnsi" w:cstheme="majorHAnsi"/>
        </w:rPr>
        <w:br/>
        <w:t>- Een sterke binnen-buitenverbinding voor sportactiviteiten</w:t>
      </w:r>
      <w:r w:rsidRPr="001A63D6">
        <w:rPr>
          <w:rFonts w:asciiTheme="majorHAnsi" w:hAnsiTheme="majorHAnsi" w:cstheme="majorHAnsi"/>
        </w:rPr>
        <w:br/>
        <w:t>- Multifunctionele ruimtes die gebruikt kunnen worden voor zowel sport als bijeenkomsten</w:t>
      </w:r>
      <w:r w:rsidRPr="001A63D6">
        <w:rPr>
          <w:rFonts w:asciiTheme="majorHAnsi" w:hAnsiTheme="majorHAnsi" w:cstheme="majorHAnsi"/>
        </w:rPr>
        <w:br/>
      </w:r>
      <w:r w:rsidRPr="001A63D6">
        <w:rPr>
          <w:rFonts w:asciiTheme="majorHAnsi" w:hAnsiTheme="majorHAnsi" w:cstheme="majorHAnsi"/>
        </w:rPr>
        <w:br/>
        <w:t>Uit de Mentimeter-peiling bleek dat de sportfrequentie onder bezoekers van Flidunen uiteenloopt:</w:t>
      </w:r>
      <w:r w:rsidRPr="001A63D6">
        <w:rPr>
          <w:rFonts w:asciiTheme="majorHAnsi" w:hAnsiTheme="majorHAnsi" w:cstheme="majorHAnsi"/>
        </w:rPr>
        <w:br/>
        <w:t>- 10 personen sporten bijna dagelijks</w:t>
      </w:r>
      <w:r w:rsidRPr="001A63D6">
        <w:rPr>
          <w:rFonts w:asciiTheme="majorHAnsi" w:hAnsiTheme="majorHAnsi" w:cstheme="majorHAnsi"/>
        </w:rPr>
        <w:br/>
        <w:t>- 12 personen sporten 2-3 keer per week</w:t>
      </w:r>
      <w:r w:rsidRPr="001A63D6">
        <w:rPr>
          <w:rFonts w:asciiTheme="majorHAnsi" w:hAnsiTheme="majorHAnsi" w:cstheme="majorHAnsi"/>
        </w:rPr>
        <w:br/>
        <w:t xml:space="preserve">- 12 </w:t>
      </w:r>
      <w:proofErr w:type="spellStart"/>
      <w:r w:rsidRPr="001A63D6">
        <w:rPr>
          <w:rFonts w:asciiTheme="majorHAnsi" w:hAnsiTheme="majorHAnsi" w:cstheme="majorHAnsi"/>
        </w:rPr>
        <w:t>personen</w:t>
      </w:r>
      <w:proofErr w:type="spellEnd"/>
      <w:r w:rsidRPr="001A63D6">
        <w:rPr>
          <w:rFonts w:asciiTheme="majorHAnsi" w:hAnsiTheme="majorHAnsi" w:cstheme="majorHAnsi"/>
        </w:rPr>
        <w:t xml:space="preserve"> </w:t>
      </w:r>
      <w:proofErr w:type="spellStart"/>
      <w:r w:rsidRPr="001A63D6">
        <w:rPr>
          <w:rFonts w:asciiTheme="majorHAnsi" w:hAnsiTheme="majorHAnsi" w:cstheme="majorHAnsi"/>
        </w:rPr>
        <w:t>sporten</w:t>
      </w:r>
      <w:proofErr w:type="spellEnd"/>
      <w:r w:rsidRPr="001A63D6">
        <w:rPr>
          <w:rFonts w:asciiTheme="majorHAnsi" w:hAnsiTheme="majorHAnsi" w:cstheme="majorHAnsi"/>
        </w:rPr>
        <w:t xml:space="preserve"> 1 </w:t>
      </w:r>
      <w:proofErr w:type="spellStart"/>
      <w:r w:rsidRPr="001A63D6">
        <w:rPr>
          <w:rFonts w:asciiTheme="majorHAnsi" w:hAnsiTheme="majorHAnsi" w:cstheme="majorHAnsi"/>
        </w:rPr>
        <w:t>keer</w:t>
      </w:r>
      <w:proofErr w:type="spellEnd"/>
      <w:r w:rsidRPr="001A63D6">
        <w:rPr>
          <w:rFonts w:asciiTheme="majorHAnsi" w:hAnsiTheme="majorHAnsi" w:cstheme="majorHAnsi"/>
        </w:rPr>
        <w:t xml:space="preserve"> per week</w:t>
      </w:r>
      <w:r w:rsidRPr="001A63D6">
        <w:rPr>
          <w:rFonts w:asciiTheme="majorHAnsi" w:hAnsiTheme="majorHAnsi" w:cstheme="majorHAnsi"/>
        </w:rPr>
        <w:br/>
        <w:t>- 6 personen sporten bijna niet</w:t>
      </w:r>
      <w:r w:rsidRPr="001A63D6">
        <w:rPr>
          <w:rFonts w:asciiTheme="majorHAnsi" w:hAnsiTheme="majorHAnsi" w:cstheme="majorHAnsi"/>
        </w:rPr>
        <w:br/>
        <w:t>- 10 personen gaven aan dat ze weer vaker willen gaan sporten</w:t>
      </w:r>
      <w:r w:rsidRPr="001A63D6">
        <w:rPr>
          <w:rFonts w:asciiTheme="majorHAnsi" w:hAnsiTheme="majorHAnsi" w:cstheme="majorHAnsi"/>
        </w:rPr>
        <w:br/>
      </w:r>
      <w:r w:rsidRPr="001A63D6">
        <w:rPr>
          <w:rFonts w:asciiTheme="majorHAnsi" w:hAnsiTheme="majorHAnsi" w:cstheme="majorHAnsi"/>
        </w:rPr>
        <w:br/>
        <w:t>Dit laat zien dat er een stabiele groep actieve gebruikers is, maar ook ruimte om meer mensen te betrekken bij het sportcentrum.</w:t>
      </w:r>
    </w:p>
    <w:p w14:paraId="443C2493" w14:textId="4EE168BA" w:rsidR="0087219D" w:rsidRPr="001A63D6" w:rsidRDefault="001A63D6">
      <w:pPr>
        <w:pStyle w:val="Kop2"/>
        <w:rPr>
          <w:rFonts w:cstheme="majorHAnsi"/>
        </w:rPr>
      </w:pPr>
      <w:proofErr w:type="spellStart"/>
      <w:r w:rsidRPr="001A63D6">
        <w:rPr>
          <w:rFonts w:cstheme="majorHAnsi"/>
        </w:rPr>
        <w:t>Gewenste</w:t>
      </w:r>
      <w:proofErr w:type="spellEnd"/>
      <w:r w:rsidRPr="001A63D6">
        <w:rPr>
          <w:rFonts w:cstheme="majorHAnsi"/>
        </w:rPr>
        <w:t xml:space="preserve"> </w:t>
      </w:r>
      <w:proofErr w:type="spellStart"/>
      <w:r w:rsidRPr="001A63D6">
        <w:rPr>
          <w:rFonts w:cstheme="majorHAnsi"/>
        </w:rPr>
        <w:t>Verbeteringen</w:t>
      </w:r>
      <w:proofErr w:type="spellEnd"/>
      <w:r w:rsidRPr="001A63D6">
        <w:rPr>
          <w:rFonts w:cstheme="majorHAnsi"/>
        </w:rPr>
        <w:t xml:space="preserve"> en </w:t>
      </w:r>
      <w:proofErr w:type="spellStart"/>
      <w:r w:rsidRPr="001A63D6">
        <w:rPr>
          <w:rFonts w:cstheme="majorHAnsi"/>
        </w:rPr>
        <w:t>Uitbreidingen</w:t>
      </w:r>
      <w:proofErr w:type="spellEnd"/>
    </w:p>
    <w:p w14:paraId="5253F038" w14:textId="6351B8F7" w:rsidR="0087219D" w:rsidRPr="001A63D6" w:rsidRDefault="001A63D6">
      <w:pPr>
        <w:rPr>
          <w:rFonts w:asciiTheme="majorHAnsi" w:hAnsiTheme="majorHAnsi" w:cstheme="majorHAnsi"/>
        </w:rPr>
      </w:pPr>
      <w:r w:rsidRPr="001A63D6">
        <w:rPr>
          <w:rFonts w:asciiTheme="majorHAnsi" w:hAnsiTheme="majorHAnsi" w:cstheme="majorHAnsi"/>
        </w:rPr>
        <w:t>De bewoners en gebruikers hebben een aantal duidelijke prioriteiten aangegeven voor de toekomst van het sportcentrum. De belangrijkste verbeterpunten zijn:</w:t>
      </w:r>
      <w:r w:rsidRPr="001A63D6">
        <w:rPr>
          <w:rFonts w:asciiTheme="majorHAnsi" w:hAnsiTheme="majorHAnsi" w:cstheme="majorHAnsi"/>
        </w:rPr>
        <w:br/>
        <w:t xml:space="preserve">- </w:t>
      </w:r>
      <w:proofErr w:type="spellStart"/>
      <w:r w:rsidRPr="001A63D6">
        <w:rPr>
          <w:rFonts w:asciiTheme="majorHAnsi" w:hAnsiTheme="majorHAnsi" w:cstheme="majorHAnsi"/>
        </w:rPr>
        <w:t>Zwembadrenovatie</w:t>
      </w:r>
      <w:proofErr w:type="spellEnd"/>
      <w:r w:rsidRPr="001A63D6">
        <w:rPr>
          <w:rFonts w:asciiTheme="majorHAnsi" w:hAnsiTheme="majorHAnsi" w:cstheme="majorHAnsi"/>
        </w:rPr>
        <w:t xml:space="preserve">: </w:t>
      </w:r>
      <w:proofErr w:type="spellStart"/>
      <w:r w:rsidRPr="001A63D6">
        <w:rPr>
          <w:rFonts w:asciiTheme="majorHAnsi" w:hAnsiTheme="majorHAnsi" w:cstheme="majorHAnsi"/>
        </w:rPr>
        <w:t>uitbreiding</w:t>
      </w:r>
      <w:proofErr w:type="spellEnd"/>
      <w:r w:rsidRPr="001A63D6">
        <w:rPr>
          <w:rFonts w:asciiTheme="majorHAnsi" w:hAnsiTheme="majorHAnsi" w:cstheme="majorHAnsi"/>
        </w:rPr>
        <w:t xml:space="preserve"> met </w:t>
      </w:r>
      <w:proofErr w:type="spellStart"/>
      <w:r w:rsidRPr="001A63D6">
        <w:rPr>
          <w:rFonts w:asciiTheme="majorHAnsi" w:hAnsiTheme="majorHAnsi" w:cstheme="majorHAnsi"/>
        </w:rPr>
        <w:t>een</w:t>
      </w:r>
      <w:proofErr w:type="spellEnd"/>
      <w:r w:rsidRPr="001A63D6">
        <w:rPr>
          <w:rFonts w:asciiTheme="majorHAnsi" w:hAnsiTheme="majorHAnsi" w:cstheme="majorHAnsi"/>
        </w:rPr>
        <w:t xml:space="preserve"> buitenbad, wellnessfaciliteiten (spa, bubbelbad, sauna, ijsbad) en zwemlessen.</w:t>
      </w:r>
      <w:r w:rsidRPr="001A63D6">
        <w:rPr>
          <w:rFonts w:asciiTheme="majorHAnsi" w:hAnsiTheme="majorHAnsi" w:cstheme="majorHAnsi"/>
        </w:rPr>
        <w:br/>
        <w:t xml:space="preserve">- </w:t>
      </w:r>
      <w:proofErr w:type="spellStart"/>
      <w:r w:rsidRPr="001A63D6">
        <w:rPr>
          <w:rFonts w:asciiTheme="majorHAnsi" w:hAnsiTheme="majorHAnsi" w:cstheme="majorHAnsi"/>
        </w:rPr>
        <w:t>Vernieuwing</w:t>
      </w:r>
      <w:proofErr w:type="spellEnd"/>
      <w:r w:rsidRPr="001A63D6">
        <w:rPr>
          <w:rFonts w:asciiTheme="majorHAnsi" w:hAnsiTheme="majorHAnsi" w:cstheme="majorHAnsi"/>
        </w:rPr>
        <w:t xml:space="preserve"> van </w:t>
      </w:r>
      <w:proofErr w:type="spellStart"/>
      <w:r w:rsidRPr="001A63D6">
        <w:rPr>
          <w:rFonts w:asciiTheme="majorHAnsi" w:hAnsiTheme="majorHAnsi" w:cstheme="majorHAnsi"/>
        </w:rPr>
        <w:t>kleedkamers</w:t>
      </w:r>
      <w:proofErr w:type="spellEnd"/>
      <w:r w:rsidRPr="001A63D6">
        <w:rPr>
          <w:rFonts w:asciiTheme="majorHAnsi" w:hAnsiTheme="majorHAnsi" w:cstheme="majorHAnsi"/>
        </w:rPr>
        <w:t xml:space="preserve"> en </w:t>
      </w:r>
      <w:proofErr w:type="spellStart"/>
      <w:r w:rsidRPr="001A63D6">
        <w:rPr>
          <w:rFonts w:asciiTheme="majorHAnsi" w:hAnsiTheme="majorHAnsi" w:cstheme="majorHAnsi"/>
        </w:rPr>
        <w:t>toiletten</w:t>
      </w:r>
      <w:proofErr w:type="spellEnd"/>
      <w:r w:rsidRPr="001A63D6">
        <w:rPr>
          <w:rFonts w:asciiTheme="majorHAnsi" w:hAnsiTheme="majorHAnsi" w:cstheme="majorHAnsi"/>
        </w:rPr>
        <w:t xml:space="preserve">: </w:t>
      </w:r>
      <w:proofErr w:type="spellStart"/>
      <w:r w:rsidRPr="001A63D6">
        <w:rPr>
          <w:rFonts w:asciiTheme="majorHAnsi" w:hAnsiTheme="majorHAnsi" w:cstheme="majorHAnsi"/>
        </w:rPr>
        <w:t>een</w:t>
      </w:r>
      <w:proofErr w:type="spellEnd"/>
      <w:r w:rsidRPr="001A63D6">
        <w:rPr>
          <w:rFonts w:asciiTheme="majorHAnsi" w:hAnsiTheme="majorHAnsi" w:cstheme="majorHAnsi"/>
        </w:rPr>
        <w:t xml:space="preserve"> </w:t>
      </w:r>
      <w:proofErr w:type="spellStart"/>
      <w:r w:rsidRPr="001A63D6">
        <w:rPr>
          <w:rFonts w:asciiTheme="majorHAnsi" w:hAnsiTheme="majorHAnsi" w:cstheme="majorHAnsi"/>
        </w:rPr>
        <w:t>veelgehoorde</w:t>
      </w:r>
      <w:proofErr w:type="spellEnd"/>
      <w:r w:rsidRPr="001A63D6">
        <w:rPr>
          <w:rFonts w:asciiTheme="majorHAnsi" w:hAnsiTheme="majorHAnsi" w:cstheme="majorHAnsi"/>
        </w:rPr>
        <w:t xml:space="preserve"> </w:t>
      </w:r>
      <w:proofErr w:type="spellStart"/>
      <w:r w:rsidRPr="001A63D6">
        <w:rPr>
          <w:rFonts w:asciiTheme="majorHAnsi" w:hAnsiTheme="majorHAnsi" w:cstheme="majorHAnsi"/>
        </w:rPr>
        <w:t>klacht</w:t>
      </w:r>
      <w:proofErr w:type="spellEnd"/>
      <w:r w:rsidRPr="001A63D6">
        <w:rPr>
          <w:rFonts w:asciiTheme="majorHAnsi" w:hAnsiTheme="majorHAnsi" w:cstheme="majorHAnsi"/>
        </w:rPr>
        <w:t xml:space="preserve"> is dat deze verouderd en niet optimaal zijn.</w:t>
      </w:r>
      <w:r w:rsidRPr="001A63D6">
        <w:rPr>
          <w:rFonts w:asciiTheme="majorHAnsi" w:hAnsiTheme="majorHAnsi" w:cstheme="majorHAnsi"/>
        </w:rPr>
        <w:br/>
        <w:t xml:space="preserve">- </w:t>
      </w:r>
      <w:proofErr w:type="spellStart"/>
      <w:r w:rsidRPr="001A63D6">
        <w:rPr>
          <w:rFonts w:asciiTheme="majorHAnsi" w:hAnsiTheme="majorHAnsi" w:cstheme="majorHAnsi"/>
        </w:rPr>
        <w:t>Verbetering</w:t>
      </w:r>
      <w:proofErr w:type="spellEnd"/>
      <w:r w:rsidRPr="001A63D6">
        <w:rPr>
          <w:rFonts w:asciiTheme="majorHAnsi" w:hAnsiTheme="majorHAnsi" w:cstheme="majorHAnsi"/>
        </w:rPr>
        <w:t xml:space="preserve"> van de </w:t>
      </w:r>
      <w:proofErr w:type="spellStart"/>
      <w:r w:rsidRPr="001A63D6">
        <w:rPr>
          <w:rFonts w:asciiTheme="majorHAnsi" w:hAnsiTheme="majorHAnsi" w:cstheme="majorHAnsi"/>
        </w:rPr>
        <w:t>uitstraling</w:t>
      </w:r>
      <w:proofErr w:type="spellEnd"/>
      <w:r w:rsidRPr="001A63D6">
        <w:rPr>
          <w:rFonts w:asciiTheme="majorHAnsi" w:hAnsiTheme="majorHAnsi" w:cstheme="majorHAnsi"/>
        </w:rPr>
        <w:t xml:space="preserve"> van het centrum: </w:t>
      </w:r>
      <w:proofErr w:type="spellStart"/>
      <w:r w:rsidRPr="001A63D6">
        <w:rPr>
          <w:rFonts w:asciiTheme="majorHAnsi" w:hAnsiTheme="majorHAnsi" w:cstheme="majorHAnsi"/>
        </w:rPr>
        <w:t>modernere</w:t>
      </w:r>
      <w:proofErr w:type="spellEnd"/>
      <w:r w:rsidRPr="001A63D6">
        <w:rPr>
          <w:rFonts w:asciiTheme="majorHAnsi" w:hAnsiTheme="majorHAnsi" w:cstheme="majorHAnsi"/>
        </w:rPr>
        <w:t xml:space="preserve"> </w:t>
      </w:r>
      <w:proofErr w:type="spellStart"/>
      <w:r w:rsidRPr="001A63D6">
        <w:rPr>
          <w:rFonts w:asciiTheme="majorHAnsi" w:hAnsiTheme="majorHAnsi" w:cstheme="majorHAnsi"/>
        </w:rPr>
        <w:t>inrichting</w:t>
      </w:r>
      <w:proofErr w:type="spellEnd"/>
      <w:r w:rsidRPr="001A63D6">
        <w:rPr>
          <w:rFonts w:asciiTheme="majorHAnsi" w:hAnsiTheme="majorHAnsi" w:cstheme="majorHAnsi"/>
        </w:rPr>
        <w:t xml:space="preserve"> en </w:t>
      </w:r>
      <w:proofErr w:type="spellStart"/>
      <w:r w:rsidRPr="001A63D6">
        <w:rPr>
          <w:rFonts w:asciiTheme="majorHAnsi" w:hAnsiTheme="majorHAnsi" w:cstheme="majorHAnsi"/>
        </w:rPr>
        <w:t>meer</w:t>
      </w:r>
      <w:proofErr w:type="spellEnd"/>
      <w:r w:rsidRPr="001A63D6">
        <w:rPr>
          <w:rFonts w:asciiTheme="majorHAnsi" w:hAnsiTheme="majorHAnsi" w:cstheme="majorHAnsi"/>
        </w:rPr>
        <w:t xml:space="preserve"> sfeervolle elementen.</w:t>
      </w:r>
      <w:r w:rsidRPr="001A63D6">
        <w:rPr>
          <w:rFonts w:asciiTheme="majorHAnsi" w:hAnsiTheme="majorHAnsi" w:cstheme="majorHAnsi"/>
        </w:rPr>
        <w:br/>
      </w:r>
      <w:r w:rsidRPr="001A63D6">
        <w:rPr>
          <w:rFonts w:asciiTheme="majorHAnsi" w:hAnsiTheme="majorHAnsi" w:cstheme="majorHAnsi"/>
        </w:rPr>
        <w:lastRenderedPageBreak/>
        <w:t xml:space="preserve">- </w:t>
      </w:r>
      <w:proofErr w:type="spellStart"/>
      <w:r w:rsidRPr="001A63D6">
        <w:rPr>
          <w:rFonts w:asciiTheme="majorHAnsi" w:hAnsiTheme="majorHAnsi" w:cstheme="majorHAnsi"/>
        </w:rPr>
        <w:t>Uitbreiding</w:t>
      </w:r>
      <w:proofErr w:type="spellEnd"/>
      <w:r w:rsidRPr="001A63D6">
        <w:rPr>
          <w:rFonts w:asciiTheme="majorHAnsi" w:hAnsiTheme="majorHAnsi" w:cstheme="majorHAnsi"/>
        </w:rPr>
        <w:t xml:space="preserve"> van het </w:t>
      </w:r>
      <w:proofErr w:type="spellStart"/>
      <w:r w:rsidRPr="001A63D6">
        <w:rPr>
          <w:rFonts w:asciiTheme="majorHAnsi" w:hAnsiTheme="majorHAnsi" w:cstheme="majorHAnsi"/>
        </w:rPr>
        <w:t>sportaanbod</w:t>
      </w:r>
      <w:proofErr w:type="spellEnd"/>
      <w:r w:rsidRPr="001A63D6">
        <w:rPr>
          <w:rFonts w:asciiTheme="majorHAnsi" w:hAnsiTheme="majorHAnsi" w:cstheme="majorHAnsi"/>
        </w:rPr>
        <w:t xml:space="preserve">: </w:t>
      </w:r>
      <w:proofErr w:type="spellStart"/>
      <w:r w:rsidRPr="001A63D6">
        <w:rPr>
          <w:rFonts w:asciiTheme="majorHAnsi" w:hAnsiTheme="majorHAnsi" w:cstheme="majorHAnsi"/>
        </w:rPr>
        <w:t>onder</w:t>
      </w:r>
      <w:proofErr w:type="spellEnd"/>
      <w:r w:rsidRPr="001A63D6">
        <w:rPr>
          <w:rFonts w:asciiTheme="majorHAnsi" w:hAnsiTheme="majorHAnsi" w:cstheme="majorHAnsi"/>
        </w:rPr>
        <w:t xml:space="preserve"> </w:t>
      </w:r>
      <w:proofErr w:type="spellStart"/>
      <w:r w:rsidRPr="001A63D6">
        <w:rPr>
          <w:rFonts w:asciiTheme="majorHAnsi" w:hAnsiTheme="majorHAnsi" w:cstheme="majorHAnsi"/>
        </w:rPr>
        <w:t>andere</w:t>
      </w:r>
      <w:proofErr w:type="spellEnd"/>
      <w:r w:rsidRPr="001A63D6">
        <w:rPr>
          <w:rFonts w:asciiTheme="majorHAnsi" w:hAnsiTheme="majorHAnsi" w:cstheme="majorHAnsi"/>
        </w:rPr>
        <w:t xml:space="preserve"> padel, squash, survivalbanen en buitensportmogelijkheden.</w:t>
      </w:r>
      <w:r w:rsidRPr="001A63D6">
        <w:rPr>
          <w:rFonts w:asciiTheme="majorHAnsi" w:hAnsiTheme="majorHAnsi" w:cstheme="majorHAnsi"/>
        </w:rPr>
        <w:br/>
        <w:t xml:space="preserve">- </w:t>
      </w:r>
      <w:proofErr w:type="spellStart"/>
      <w:r w:rsidRPr="001A63D6">
        <w:rPr>
          <w:rFonts w:asciiTheme="majorHAnsi" w:hAnsiTheme="majorHAnsi" w:cstheme="majorHAnsi"/>
        </w:rPr>
        <w:t>Toevoeging</w:t>
      </w:r>
      <w:proofErr w:type="spellEnd"/>
      <w:r w:rsidRPr="001A63D6">
        <w:rPr>
          <w:rFonts w:asciiTheme="majorHAnsi" w:hAnsiTheme="majorHAnsi" w:cstheme="majorHAnsi"/>
        </w:rPr>
        <w:t xml:space="preserve"> van </w:t>
      </w:r>
      <w:proofErr w:type="spellStart"/>
      <w:r w:rsidRPr="001A63D6">
        <w:rPr>
          <w:rFonts w:asciiTheme="majorHAnsi" w:hAnsiTheme="majorHAnsi" w:cstheme="majorHAnsi"/>
        </w:rPr>
        <w:t>een</w:t>
      </w:r>
      <w:proofErr w:type="spellEnd"/>
      <w:r w:rsidRPr="001A63D6">
        <w:rPr>
          <w:rFonts w:asciiTheme="majorHAnsi" w:hAnsiTheme="majorHAnsi" w:cstheme="majorHAnsi"/>
        </w:rPr>
        <w:t xml:space="preserve"> extra </w:t>
      </w:r>
      <w:proofErr w:type="spellStart"/>
      <w:r w:rsidRPr="001A63D6">
        <w:rPr>
          <w:rFonts w:asciiTheme="majorHAnsi" w:hAnsiTheme="majorHAnsi" w:cstheme="majorHAnsi"/>
        </w:rPr>
        <w:t>zaal</w:t>
      </w:r>
      <w:proofErr w:type="spellEnd"/>
      <w:r w:rsidRPr="001A63D6">
        <w:rPr>
          <w:rFonts w:asciiTheme="majorHAnsi" w:hAnsiTheme="majorHAnsi" w:cstheme="majorHAnsi"/>
        </w:rPr>
        <w:t xml:space="preserve"> </w:t>
      </w:r>
      <w:proofErr w:type="spellStart"/>
      <w:r w:rsidRPr="001A63D6">
        <w:rPr>
          <w:rFonts w:asciiTheme="majorHAnsi" w:hAnsiTheme="majorHAnsi" w:cstheme="majorHAnsi"/>
        </w:rPr>
        <w:t>voor</w:t>
      </w:r>
      <w:proofErr w:type="spellEnd"/>
      <w:r w:rsidRPr="001A63D6">
        <w:rPr>
          <w:rFonts w:asciiTheme="majorHAnsi" w:hAnsiTheme="majorHAnsi" w:cstheme="majorHAnsi"/>
        </w:rPr>
        <w:t xml:space="preserve"> </w:t>
      </w:r>
      <w:proofErr w:type="spellStart"/>
      <w:r w:rsidRPr="001A63D6">
        <w:rPr>
          <w:rFonts w:asciiTheme="majorHAnsi" w:hAnsiTheme="majorHAnsi" w:cstheme="majorHAnsi"/>
        </w:rPr>
        <w:t>groepslessen</w:t>
      </w:r>
      <w:proofErr w:type="spellEnd"/>
      <w:r w:rsidRPr="001A63D6">
        <w:rPr>
          <w:rFonts w:asciiTheme="majorHAnsi" w:hAnsiTheme="majorHAnsi" w:cstheme="majorHAnsi"/>
        </w:rPr>
        <w:t xml:space="preserve">: </w:t>
      </w:r>
      <w:proofErr w:type="spellStart"/>
      <w:r w:rsidRPr="001A63D6">
        <w:rPr>
          <w:rFonts w:asciiTheme="majorHAnsi" w:hAnsiTheme="majorHAnsi" w:cstheme="majorHAnsi"/>
        </w:rPr>
        <w:t>bijvoorbeeld</w:t>
      </w:r>
      <w:proofErr w:type="spellEnd"/>
      <w:r w:rsidRPr="001A63D6">
        <w:rPr>
          <w:rFonts w:asciiTheme="majorHAnsi" w:hAnsiTheme="majorHAnsi" w:cstheme="majorHAnsi"/>
        </w:rPr>
        <w:t xml:space="preserve"> </w:t>
      </w:r>
      <w:proofErr w:type="spellStart"/>
      <w:r w:rsidRPr="001A63D6">
        <w:rPr>
          <w:rFonts w:asciiTheme="majorHAnsi" w:hAnsiTheme="majorHAnsi" w:cstheme="majorHAnsi"/>
        </w:rPr>
        <w:t>voor</w:t>
      </w:r>
      <w:proofErr w:type="spellEnd"/>
      <w:r w:rsidRPr="001A63D6">
        <w:rPr>
          <w:rFonts w:asciiTheme="majorHAnsi" w:hAnsiTheme="majorHAnsi" w:cstheme="majorHAnsi"/>
        </w:rPr>
        <w:t xml:space="preserve"> yoga, spinning, </w:t>
      </w:r>
      <w:proofErr w:type="spellStart"/>
      <w:r w:rsidRPr="001A63D6">
        <w:rPr>
          <w:rFonts w:asciiTheme="majorHAnsi" w:hAnsiTheme="majorHAnsi" w:cstheme="majorHAnsi"/>
        </w:rPr>
        <w:t>danslessen</w:t>
      </w:r>
      <w:proofErr w:type="spellEnd"/>
      <w:r w:rsidRPr="001A63D6">
        <w:rPr>
          <w:rFonts w:asciiTheme="majorHAnsi" w:hAnsiTheme="majorHAnsi" w:cstheme="majorHAnsi"/>
        </w:rPr>
        <w:t xml:space="preserve"> en martial arts.</w:t>
      </w:r>
      <w:r w:rsidRPr="001A63D6">
        <w:rPr>
          <w:rFonts w:asciiTheme="majorHAnsi" w:hAnsiTheme="majorHAnsi" w:cstheme="majorHAnsi"/>
        </w:rPr>
        <w:br/>
      </w:r>
      <w:r w:rsidRPr="001A63D6">
        <w:rPr>
          <w:rFonts w:asciiTheme="majorHAnsi" w:hAnsiTheme="majorHAnsi" w:cstheme="majorHAnsi"/>
        </w:rPr>
        <w:br/>
        <w:t>Uit de Mentimeter-peiling over investeringsprioriteiten kwam het volgende naar voren:</w:t>
      </w:r>
      <w:r w:rsidRPr="001A63D6">
        <w:rPr>
          <w:rFonts w:asciiTheme="majorHAnsi" w:hAnsiTheme="majorHAnsi" w:cstheme="majorHAnsi"/>
        </w:rPr>
        <w:br/>
        <w:t>1. Het zwembad vernieuwen</w:t>
      </w:r>
      <w:r w:rsidRPr="001A63D6">
        <w:rPr>
          <w:rFonts w:asciiTheme="majorHAnsi" w:hAnsiTheme="majorHAnsi" w:cstheme="majorHAnsi"/>
        </w:rPr>
        <w:br/>
        <w:t>2. De kleedkamers en toiletten opknappen</w:t>
      </w:r>
      <w:r w:rsidRPr="001A63D6">
        <w:rPr>
          <w:rFonts w:asciiTheme="majorHAnsi" w:hAnsiTheme="majorHAnsi" w:cstheme="majorHAnsi"/>
        </w:rPr>
        <w:br/>
        <w:t>3. De algemene uitstraling verbeteren</w:t>
      </w:r>
      <w:r w:rsidRPr="001A63D6">
        <w:rPr>
          <w:rFonts w:asciiTheme="majorHAnsi" w:hAnsiTheme="majorHAnsi" w:cstheme="majorHAnsi"/>
        </w:rPr>
        <w:br/>
        <w:t>4. Het sportaanbod uitbreiden</w:t>
      </w:r>
      <w:r w:rsidRPr="001A63D6">
        <w:rPr>
          <w:rFonts w:asciiTheme="majorHAnsi" w:hAnsiTheme="majorHAnsi" w:cstheme="majorHAnsi"/>
        </w:rPr>
        <w:br/>
        <w:t xml:space="preserve">5. </w:t>
      </w:r>
      <w:proofErr w:type="spellStart"/>
      <w:r w:rsidRPr="001A63D6">
        <w:rPr>
          <w:rFonts w:asciiTheme="majorHAnsi" w:hAnsiTheme="majorHAnsi" w:cstheme="majorHAnsi"/>
        </w:rPr>
        <w:t>Een</w:t>
      </w:r>
      <w:proofErr w:type="spellEnd"/>
      <w:r w:rsidRPr="001A63D6">
        <w:rPr>
          <w:rFonts w:asciiTheme="majorHAnsi" w:hAnsiTheme="majorHAnsi" w:cstheme="majorHAnsi"/>
        </w:rPr>
        <w:t xml:space="preserve"> </w:t>
      </w:r>
      <w:proofErr w:type="spellStart"/>
      <w:r w:rsidRPr="001A63D6">
        <w:rPr>
          <w:rFonts w:asciiTheme="majorHAnsi" w:hAnsiTheme="majorHAnsi" w:cstheme="majorHAnsi"/>
        </w:rPr>
        <w:t>kleine</w:t>
      </w:r>
      <w:proofErr w:type="spellEnd"/>
      <w:r w:rsidRPr="001A63D6">
        <w:rPr>
          <w:rFonts w:asciiTheme="majorHAnsi" w:hAnsiTheme="majorHAnsi" w:cstheme="majorHAnsi"/>
        </w:rPr>
        <w:t xml:space="preserve"> </w:t>
      </w:r>
      <w:proofErr w:type="spellStart"/>
      <w:r w:rsidRPr="001A63D6">
        <w:rPr>
          <w:rFonts w:asciiTheme="majorHAnsi" w:hAnsiTheme="majorHAnsi" w:cstheme="majorHAnsi"/>
        </w:rPr>
        <w:t>zaal</w:t>
      </w:r>
      <w:proofErr w:type="spellEnd"/>
      <w:r w:rsidRPr="001A63D6">
        <w:rPr>
          <w:rFonts w:asciiTheme="majorHAnsi" w:hAnsiTheme="majorHAnsi" w:cstheme="majorHAnsi"/>
        </w:rPr>
        <w:t xml:space="preserve"> </w:t>
      </w:r>
      <w:proofErr w:type="spellStart"/>
      <w:r w:rsidRPr="001A63D6">
        <w:rPr>
          <w:rFonts w:asciiTheme="majorHAnsi" w:hAnsiTheme="majorHAnsi" w:cstheme="majorHAnsi"/>
        </w:rPr>
        <w:t>voor</w:t>
      </w:r>
      <w:proofErr w:type="spellEnd"/>
      <w:r w:rsidRPr="001A63D6">
        <w:rPr>
          <w:rFonts w:asciiTheme="majorHAnsi" w:hAnsiTheme="majorHAnsi" w:cstheme="majorHAnsi"/>
        </w:rPr>
        <w:t xml:space="preserve"> </w:t>
      </w:r>
      <w:proofErr w:type="spellStart"/>
      <w:r w:rsidRPr="001A63D6">
        <w:rPr>
          <w:rFonts w:asciiTheme="majorHAnsi" w:hAnsiTheme="majorHAnsi" w:cstheme="majorHAnsi"/>
        </w:rPr>
        <w:t>groepslessen</w:t>
      </w:r>
      <w:proofErr w:type="spellEnd"/>
      <w:r w:rsidRPr="001A63D6">
        <w:rPr>
          <w:rFonts w:asciiTheme="majorHAnsi" w:hAnsiTheme="majorHAnsi" w:cstheme="majorHAnsi"/>
        </w:rPr>
        <w:t xml:space="preserve"> </w:t>
      </w:r>
      <w:proofErr w:type="spellStart"/>
      <w:r w:rsidRPr="001A63D6">
        <w:rPr>
          <w:rFonts w:asciiTheme="majorHAnsi" w:hAnsiTheme="majorHAnsi" w:cstheme="majorHAnsi"/>
        </w:rPr>
        <w:t>toevoegen</w:t>
      </w:r>
      <w:proofErr w:type="spellEnd"/>
    </w:p>
    <w:p w14:paraId="793385DB" w14:textId="3457E2CB" w:rsidR="0087219D" w:rsidRPr="001A63D6" w:rsidRDefault="001A63D6">
      <w:pPr>
        <w:pStyle w:val="Kop2"/>
        <w:rPr>
          <w:rFonts w:cstheme="majorHAnsi"/>
        </w:rPr>
      </w:pPr>
      <w:proofErr w:type="spellStart"/>
      <w:r w:rsidRPr="001A63D6">
        <w:rPr>
          <w:rFonts w:cstheme="majorHAnsi"/>
        </w:rPr>
        <w:t>Beoordeling</w:t>
      </w:r>
      <w:proofErr w:type="spellEnd"/>
      <w:r w:rsidRPr="001A63D6">
        <w:rPr>
          <w:rFonts w:cstheme="majorHAnsi"/>
        </w:rPr>
        <w:t xml:space="preserve"> van de </w:t>
      </w:r>
      <w:proofErr w:type="spellStart"/>
      <w:r w:rsidRPr="001A63D6">
        <w:rPr>
          <w:rFonts w:cstheme="majorHAnsi"/>
        </w:rPr>
        <w:t>Huidige</w:t>
      </w:r>
      <w:proofErr w:type="spellEnd"/>
      <w:r w:rsidRPr="001A63D6">
        <w:rPr>
          <w:rFonts w:cstheme="majorHAnsi"/>
        </w:rPr>
        <w:t xml:space="preserve"> Situatie</w:t>
      </w:r>
    </w:p>
    <w:p w14:paraId="48A329E1" w14:textId="561A3081" w:rsidR="0087219D" w:rsidRPr="001A63D6" w:rsidRDefault="001A63D6">
      <w:pPr>
        <w:rPr>
          <w:rFonts w:asciiTheme="majorHAnsi" w:hAnsiTheme="majorHAnsi" w:cstheme="majorHAnsi"/>
        </w:rPr>
      </w:pPr>
      <w:r w:rsidRPr="001A63D6">
        <w:rPr>
          <w:rFonts w:asciiTheme="majorHAnsi" w:hAnsiTheme="majorHAnsi" w:cstheme="majorHAnsi"/>
        </w:rPr>
        <w:t xml:space="preserve">De </w:t>
      </w:r>
      <w:proofErr w:type="spellStart"/>
      <w:r w:rsidRPr="001A63D6">
        <w:rPr>
          <w:rFonts w:asciiTheme="majorHAnsi" w:hAnsiTheme="majorHAnsi" w:cstheme="majorHAnsi"/>
        </w:rPr>
        <w:t>bezoekers</w:t>
      </w:r>
      <w:proofErr w:type="spellEnd"/>
      <w:r w:rsidRPr="001A63D6">
        <w:rPr>
          <w:rFonts w:asciiTheme="majorHAnsi" w:hAnsiTheme="majorHAnsi" w:cstheme="majorHAnsi"/>
        </w:rPr>
        <w:t xml:space="preserve"> </w:t>
      </w:r>
      <w:proofErr w:type="spellStart"/>
      <w:r w:rsidRPr="001A63D6">
        <w:rPr>
          <w:rFonts w:asciiTheme="majorHAnsi" w:hAnsiTheme="majorHAnsi" w:cstheme="majorHAnsi"/>
        </w:rPr>
        <w:t>gaven</w:t>
      </w:r>
      <w:proofErr w:type="spellEnd"/>
      <w:r w:rsidRPr="001A63D6">
        <w:rPr>
          <w:rFonts w:asciiTheme="majorHAnsi" w:hAnsiTheme="majorHAnsi" w:cstheme="majorHAnsi"/>
        </w:rPr>
        <w:t xml:space="preserve"> de </w:t>
      </w:r>
      <w:proofErr w:type="spellStart"/>
      <w:r w:rsidRPr="001A63D6">
        <w:rPr>
          <w:rFonts w:asciiTheme="majorHAnsi" w:hAnsiTheme="majorHAnsi" w:cstheme="majorHAnsi"/>
        </w:rPr>
        <w:t>huidige</w:t>
      </w:r>
      <w:proofErr w:type="spellEnd"/>
      <w:r w:rsidRPr="001A63D6">
        <w:rPr>
          <w:rFonts w:asciiTheme="majorHAnsi" w:hAnsiTheme="majorHAnsi" w:cstheme="majorHAnsi"/>
        </w:rPr>
        <w:t xml:space="preserve"> </w:t>
      </w:r>
      <w:proofErr w:type="spellStart"/>
      <w:r w:rsidRPr="001A63D6">
        <w:rPr>
          <w:rFonts w:asciiTheme="majorHAnsi" w:hAnsiTheme="majorHAnsi" w:cstheme="majorHAnsi"/>
        </w:rPr>
        <w:t>faciliteiten</w:t>
      </w:r>
      <w:proofErr w:type="spellEnd"/>
      <w:r w:rsidRPr="001A63D6">
        <w:rPr>
          <w:rFonts w:asciiTheme="majorHAnsi" w:hAnsiTheme="majorHAnsi" w:cstheme="majorHAnsi"/>
        </w:rPr>
        <w:t xml:space="preserve"> de </w:t>
      </w:r>
      <w:proofErr w:type="spellStart"/>
      <w:r w:rsidRPr="001A63D6">
        <w:rPr>
          <w:rFonts w:asciiTheme="majorHAnsi" w:hAnsiTheme="majorHAnsi" w:cstheme="majorHAnsi"/>
        </w:rPr>
        <w:t>volgende</w:t>
      </w:r>
      <w:proofErr w:type="spellEnd"/>
      <w:r w:rsidRPr="001A63D6">
        <w:rPr>
          <w:rFonts w:asciiTheme="majorHAnsi" w:hAnsiTheme="majorHAnsi" w:cstheme="majorHAnsi"/>
        </w:rPr>
        <w:t xml:space="preserve"> </w:t>
      </w:r>
      <w:proofErr w:type="spellStart"/>
      <w:r w:rsidRPr="001A63D6">
        <w:rPr>
          <w:rFonts w:asciiTheme="majorHAnsi" w:hAnsiTheme="majorHAnsi" w:cstheme="majorHAnsi"/>
        </w:rPr>
        <w:t>gemiddelde</w:t>
      </w:r>
      <w:proofErr w:type="spellEnd"/>
      <w:r w:rsidRPr="001A63D6">
        <w:rPr>
          <w:rFonts w:asciiTheme="majorHAnsi" w:hAnsiTheme="majorHAnsi" w:cstheme="majorHAnsi"/>
        </w:rPr>
        <w:t xml:space="preserve"> scores (op </w:t>
      </w:r>
      <w:proofErr w:type="spellStart"/>
      <w:r w:rsidRPr="001A63D6">
        <w:rPr>
          <w:rFonts w:asciiTheme="majorHAnsi" w:hAnsiTheme="majorHAnsi" w:cstheme="majorHAnsi"/>
        </w:rPr>
        <w:t>een</w:t>
      </w:r>
      <w:proofErr w:type="spellEnd"/>
      <w:r w:rsidRPr="001A63D6">
        <w:rPr>
          <w:rFonts w:asciiTheme="majorHAnsi" w:hAnsiTheme="majorHAnsi" w:cstheme="majorHAnsi"/>
        </w:rPr>
        <w:t xml:space="preserve"> </w:t>
      </w:r>
      <w:proofErr w:type="spellStart"/>
      <w:r w:rsidRPr="001A63D6">
        <w:rPr>
          <w:rFonts w:asciiTheme="majorHAnsi" w:hAnsiTheme="majorHAnsi" w:cstheme="majorHAnsi"/>
        </w:rPr>
        <w:t>schaal</w:t>
      </w:r>
      <w:proofErr w:type="spellEnd"/>
      <w:r w:rsidRPr="001A63D6">
        <w:rPr>
          <w:rFonts w:asciiTheme="majorHAnsi" w:hAnsiTheme="majorHAnsi" w:cstheme="majorHAnsi"/>
        </w:rPr>
        <w:t xml:space="preserve"> van 1 tot 5):</w:t>
      </w:r>
      <w:r w:rsidRPr="001A63D6">
        <w:rPr>
          <w:rFonts w:asciiTheme="majorHAnsi" w:hAnsiTheme="majorHAnsi" w:cstheme="majorHAnsi"/>
        </w:rPr>
        <w:br/>
        <w:t xml:space="preserve">- </w:t>
      </w:r>
      <w:proofErr w:type="spellStart"/>
      <w:r w:rsidRPr="001A63D6">
        <w:rPr>
          <w:rFonts w:asciiTheme="majorHAnsi" w:hAnsiTheme="majorHAnsi" w:cstheme="majorHAnsi"/>
        </w:rPr>
        <w:t>Kwaliteit</w:t>
      </w:r>
      <w:proofErr w:type="spellEnd"/>
      <w:r w:rsidRPr="001A63D6">
        <w:rPr>
          <w:rFonts w:asciiTheme="majorHAnsi" w:hAnsiTheme="majorHAnsi" w:cstheme="majorHAnsi"/>
        </w:rPr>
        <w:t xml:space="preserve"> van de </w:t>
      </w:r>
      <w:proofErr w:type="spellStart"/>
      <w:r w:rsidRPr="001A63D6">
        <w:rPr>
          <w:rFonts w:asciiTheme="majorHAnsi" w:hAnsiTheme="majorHAnsi" w:cstheme="majorHAnsi"/>
        </w:rPr>
        <w:t>faciliteiten</w:t>
      </w:r>
      <w:proofErr w:type="spellEnd"/>
      <w:r w:rsidRPr="001A63D6">
        <w:rPr>
          <w:rFonts w:asciiTheme="majorHAnsi" w:hAnsiTheme="majorHAnsi" w:cstheme="majorHAnsi"/>
        </w:rPr>
        <w:t>: 3,6</w:t>
      </w:r>
      <w:r w:rsidRPr="001A63D6">
        <w:rPr>
          <w:rFonts w:asciiTheme="majorHAnsi" w:hAnsiTheme="majorHAnsi" w:cstheme="majorHAnsi"/>
        </w:rPr>
        <w:br/>
        <w:t xml:space="preserve">- </w:t>
      </w:r>
      <w:proofErr w:type="spellStart"/>
      <w:r w:rsidRPr="001A63D6">
        <w:rPr>
          <w:rFonts w:asciiTheme="majorHAnsi" w:hAnsiTheme="majorHAnsi" w:cstheme="majorHAnsi"/>
        </w:rPr>
        <w:t>Netheid</w:t>
      </w:r>
      <w:proofErr w:type="spellEnd"/>
      <w:r w:rsidRPr="001A63D6">
        <w:rPr>
          <w:rFonts w:asciiTheme="majorHAnsi" w:hAnsiTheme="majorHAnsi" w:cstheme="majorHAnsi"/>
        </w:rPr>
        <w:t xml:space="preserve"> van het centrum</w:t>
      </w:r>
      <w:r>
        <w:rPr>
          <w:rFonts w:asciiTheme="majorHAnsi" w:hAnsiTheme="majorHAnsi" w:cstheme="majorHAnsi"/>
        </w:rPr>
        <w:t>:</w:t>
      </w:r>
      <w:r w:rsidRPr="001A63D6">
        <w:rPr>
          <w:rFonts w:asciiTheme="majorHAnsi" w:hAnsiTheme="majorHAnsi" w:cstheme="majorHAnsi"/>
        </w:rPr>
        <w:t xml:space="preserve"> 3,7</w:t>
      </w:r>
      <w:r w:rsidRPr="001A63D6">
        <w:rPr>
          <w:rFonts w:asciiTheme="majorHAnsi" w:hAnsiTheme="majorHAnsi" w:cstheme="majorHAnsi"/>
        </w:rPr>
        <w:br/>
        <w:t xml:space="preserve">- </w:t>
      </w:r>
      <w:proofErr w:type="spellStart"/>
      <w:r w:rsidRPr="001A63D6">
        <w:rPr>
          <w:rFonts w:asciiTheme="majorHAnsi" w:hAnsiTheme="majorHAnsi" w:cstheme="majorHAnsi"/>
        </w:rPr>
        <w:t>Sportaanbod</w:t>
      </w:r>
      <w:proofErr w:type="spellEnd"/>
      <w:r w:rsidRPr="001A63D6">
        <w:rPr>
          <w:rFonts w:asciiTheme="majorHAnsi" w:hAnsiTheme="majorHAnsi" w:cstheme="majorHAnsi"/>
        </w:rPr>
        <w:t>: 3,4</w:t>
      </w:r>
      <w:r w:rsidRPr="001A63D6">
        <w:rPr>
          <w:rFonts w:asciiTheme="majorHAnsi" w:hAnsiTheme="majorHAnsi" w:cstheme="majorHAnsi"/>
        </w:rPr>
        <w:br/>
        <w:t xml:space="preserve">- </w:t>
      </w:r>
      <w:proofErr w:type="spellStart"/>
      <w:r w:rsidRPr="001A63D6">
        <w:rPr>
          <w:rFonts w:asciiTheme="majorHAnsi" w:hAnsiTheme="majorHAnsi" w:cstheme="majorHAnsi"/>
        </w:rPr>
        <w:t>Zwembad</w:t>
      </w:r>
      <w:proofErr w:type="spellEnd"/>
      <w:r w:rsidRPr="001A63D6">
        <w:rPr>
          <w:rFonts w:asciiTheme="majorHAnsi" w:hAnsiTheme="majorHAnsi" w:cstheme="majorHAnsi"/>
        </w:rPr>
        <w:t>: 3,3</w:t>
      </w:r>
      <w:r w:rsidRPr="001A63D6">
        <w:rPr>
          <w:rFonts w:asciiTheme="majorHAnsi" w:hAnsiTheme="majorHAnsi" w:cstheme="majorHAnsi"/>
        </w:rPr>
        <w:br/>
      </w:r>
      <w:r w:rsidRPr="001A63D6">
        <w:rPr>
          <w:rFonts w:asciiTheme="majorHAnsi" w:hAnsiTheme="majorHAnsi" w:cstheme="majorHAnsi"/>
        </w:rPr>
        <w:br/>
      </w:r>
      <w:proofErr w:type="spellStart"/>
      <w:r w:rsidRPr="001A63D6">
        <w:rPr>
          <w:rFonts w:asciiTheme="majorHAnsi" w:hAnsiTheme="majorHAnsi" w:cstheme="majorHAnsi"/>
        </w:rPr>
        <w:t>Hieruit</w:t>
      </w:r>
      <w:proofErr w:type="spellEnd"/>
      <w:r w:rsidRPr="001A63D6">
        <w:rPr>
          <w:rFonts w:asciiTheme="majorHAnsi" w:hAnsiTheme="majorHAnsi" w:cstheme="majorHAnsi"/>
        </w:rPr>
        <w:t xml:space="preserve"> </w:t>
      </w:r>
      <w:proofErr w:type="spellStart"/>
      <w:r w:rsidRPr="001A63D6">
        <w:rPr>
          <w:rFonts w:asciiTheme="majorHAnsi" w:hAnsiTheme="majorHAnsi" w:cstheme="majorHAnsi"/>
        </w:rPr>
        <w:t>blijkt</w:t>
      </w:r>
      <w:proofErr w:type="spellEnd"/>
      <w:r w:rsidRPr="001A63D6">
        <w:rPr>
          <w:rFonts w:asciiTheme="majorHAnsi" w:hAnsiTheme="majorHAnsi" w:cstheme="majorHAnsi"/>
        </w:rPr>
        <w:t xml:space="preserve"> </w:t>
      </w:r>
      <w:proofErr w:type="spellStart"/>
      <w:r w:rsidRPr="001A63D6">
        <w:rPr>
          <w:rFonts w:asciiTheme="majorHAnsi" w:hAnsiTheme="majorHAnsi" w:cstheme="majorHAnsi"/>
        </w:rPr>
        <w:t>dat</w:t>
      </w:r>
      <w:proofErr w:type="spellEnd"/>
      <w:r w:rsidRPr="001A63D6">
        <w:rPr>
          <w:rFonts w:asciiTheme="majorHAnsi" w:hAnsiTheme="majorHAnsi" w:cstheme="majorHAnsi"/>
        </w:rPr>
        <w:t xml:space="preserve"> de algemene tevredenheid redelijk is, maar dat er vooral op het gebied van het zwembad en sportaanbod nog ruimte is voor verbetering.</w:t>
      </w:r>
    </w:p>
    <w:p w14:paraId="368A7860" w14:textId="3C389913" w:rsidR="0087219D" w:rsidRPr="001A63D6" w:rsidRDefault="001A63D6">
      <w:pPr>
        <w:pStyle w:val="Kop2"/>
        <w:rPr>
          <w:rFonts w:cstheme="majorHAnsi"/>
        </w:rPr>
      </w:pPr>
      <w:proofErr w:type="spellStart"/>
      <w:r w:rsidRPr="001A63D6">
        <w:rPr>
          <w:rFonts w:cstheme="majorHAnsi"/>
        </w:rPr>
        <w:t>Nieuwe</w:t>
      </w:r>
      <w:proofErr w:type="spellEnd"/>
      <w:r w:rsidRPr="001A63D6">
        <w:rPr>
          <w:rFonts w:cstheme="majorHAnsi"/>
        </w:rPr>
        <w:t xml:space="preserve"> </w:t>
      </w:r>
      <w:proofErr w:type="spellStart"/>
      <w:r w:rsidRPr="001A63D6">
        <w:rPr>
          <w:rFonts w:cstheme="majorHAnsi"/>
        </w:rPr>
        <w:t>Activiteiten</w:t>
      </w:r>
      <w:proofErr w:type="spellEnd"/>
      <w:r w:rsidRPr="001A63D6">
        <w:rPr>
          <w:rFonts w:cstheme="majorHAnsi"/>
        </w:rPr>
        <w:t xml:space="preserve"> en </w:t>
      </w:r>
      <w:proofErr w:type="spellStart"/>
      <w:r w:rsidRPr="001A63D6">
        <w:rPr>
          <w:rFonts w:cstheme="majorHAnsi"/>
        </w:rPr>
        <w:t>Initiatieven</w:t>
      </w:r>
      <w:proofErr w:type="spellEnd"/>
    </w:p>
    <w:p w14:paraId="7E35041A" w14:textId="77777777" w:rsidR="001A63D6" w:rsidRDefault="001A63D6">
      <w:pPr>
        <w:rPr>
          <w:rFonts w:asciiTheme="majorHAnsi" w:hAnsiTheme="majorHAnsi" w:cstheme="majorHAnsi"/>
        </w:rPr>
      </w:pPr>
      <w:r w:rsidRPr="001A63D6">
        <w:rPr>
          <w:rFonts w:asciiTheme="majorHAnsi" w:hAnsiTheme="majorHAnsi" w:cstheme="majorHAnsi"/>
        </w:rPr>
        <w:t xml:space="preserve">Naast verbeteringen aan de faciliteiten werd ook gekeken naar mogelijke nieuwe activiteiten en samenwerkingen. </w:t>
      </w:r>
      <w:proofErr w:type="spellStart"/>
      <w:r w:rsidRPr="001A63D6">
        <w:rPr>
          <w:rFonts w:asciiTheme="majorHAnsi" w:hAnsiTheme="majorHAnsi" w:cstheme="majorHAnsi"/>
        </w:rPr>
        <w:t>Enkele</w:t>
      </w:r>
      <w:proofErr w:type="spellEnd"/>
      <w:r w:rsidRPr="001A63D6">
        <w:rPr>
          <w:rFonts w:asciiTheme="majorHAnsi" w:hAnsiTheme="majorHAnsi" w:cstheme="majorHAnsi"/>
        </w:rPr>
        <w:t xml:space="preserve"> </w:t>
      </w:r>
      <w:proofErr w:type="spellStart"/>
      <w:r w:rsidRPr="001A63D6">
        <w:rPr>
          <w:rFonts w:asciiTheme="majorHAnsi" w:hAnsiTheme="majorHAnsi" w:cstheme="majorHAnsi"/>
        </w:rPr>
        <w:t>voorgestelde</w:t>
      </w:r>
      <w:proofErr w:type="spellEnd"/>
      <w:r w:rsidRPr="001A63D6">
        <w:rPr>
          <w:rFonts w:asciiTheme="majorHAnsi" w:hAnsiTheme="majorHAnsi" w:cstheme="majorHAnsi"/>
        </w:rPr>
        <w:t xml:space="preserve"> </w:t>
      </w:r>
      <w:proofErr w:type="spellStart"/>
      <w:r w:rsidRPr="001A63D6">
        <w:rPr>
          <w:rFonts w:asciiTheme="majorHAnsi" w:hAnsiTheme="majorHAnsi" w:cstheme="majorHAnsi"/>
        </w:rPr>
        <w:t>initiatieven</w:t>
      </w:r>
      <w:proofErr w:type="spellEnd"/>
      <w:r w:rsidRPr="001A63D6">
        <w:rPr>
          <w:rFonts w:asciiTheme="majorHAnsi" w:hAnsiTheme="majorHAnsi" w:cstheme="majorHAnsi"/>
        </w:rPr>
        <w:t>:</w:t>
      </w:r>
    </w:p>
    <w:p w14:paraId="7938DA55" w14:textId="625551EE" w:rsidR="0087219D" w:rsidRDefault="001A63D6">
      <w:pPr>
        <w:rPr>
          <w:rFonts w:asciiTheme="majorHAnsi" w:hAnsiTheme="majorHAnsi" w:cstheme="majorHAnsi"/>
        </w:rPr>
      </w:pPr>
      <w:r w:rsidRPr="001A63D6">
        <w:rPr>
          <w:rFonts w:asciiTheme="majorHAnsi" w:hAnsiTheme="majorHAnsi" w:cstheme="majorHAnsi"/>
        </w:rPr>
        <w:br/>
        <w:t xml:space="preserve">- </w:t>
      </w:r>
      <w:proofErr w:type="spellStart"/>
      <w:r w:rsidRPr="001A63D6">
        <w:rPr>
          <w:rFonts w:asciiTheme="majorHAnsi" w:hAnsiTheme="majorHAnsi" w:cstheme="majorHAnsi"/>
        </w:rPr>
        <w:t>Sporttoernooien</w:t>
      </w:r>
      <w:proofErr w:type="spellEnd"/>
      <w:r w:rsidRPr="001A63D6">
        <w:rPr>
          <w:rFonts w:asciiTheme="majorHAnsi" w:hAnsiTheme="majorHAnsi" w:cstheme="majorHAnsi"/>
        </w:rPr>
        <w:t xml:space="preserve"> en </w:t>
      </w:r>
      <w:proofErr w:type="spellStart"/>
      <w:r w:rsidRPr="001A63D6">
        <w:rPr>
          <w:rFonts w:asciiTheme="majorHAnsi" w:hAnsiTheme="majorHAnsi" w:cstheme="majorHAnsi"/>
        </w:rPr>
        <w:t>wintergames</w:t>
      </w:r>
      <w:proofErr w:type="spellEnd"/>
      <w:r w:rsidRPr="001A63D6">
        <w:rPr>
          <w:rFonts w:asciiTheme="majorHAnsi" w:hAnsiTheme="majorHAnsi" w:cstheme="majorHAnsi"/>
        </w:rPr>
        <w:t xml:space="preserve">: het </w:t>
      </w:r>
      <w:proofErr w:type="spellStart"/>
      <w:r w:rsidRPr="001A63D6">
        <w:rPr>
          <w:rFonts w:asciiTheme="majorHAnsi" w:hAnsiTheme="majorHAnsi" w:cstheme="majorHAnsi"/>
        </w:rPr>
        <w:t>organiseren</w:t>
      </w:r>
      <w:proofErr w:type="spellEnd"/>
      <w:r w:rsidRPr="001A63D6">
        <w:rPr>
          <w:rFonts w:asciiTheme="majorHAnsi" w:hAnsiTheme="majorHAnsi" w:cstheme="majorHAnsi"/>
        </w:rPr>
        <w:t xml:space="preserve"> van </w:t>
      </w:r>
      <w:proofErr w:type="spellStart"/>
      <w:r w:rsidRPr="001A63D6">
        <w:rPr>
          <w:rFonts w:asciiTheme="majorHAnsi" w:hAnsiTheme="majorHAnsi" w:cstheme="majorHAnsi"/>
        </w:rPr>
        <w:t>competities</w:t>
      </w:r>
      <w:proofErr w:type="spellEnd"/>
      <w:r w:rsidRPr="001A63D6">
        <w:rPr>
          <w:rFonts w:asciiTheme="majorHAnsi" w:hAnsiTheme="majorHAnsi" w:cstheme="majorHAnsi"/>
        </w:rPr>
        <w:t xml:space="preserve"> en evenementen om meer publiek te trekken.</w:t>
      </w:r>
      <w:r w:rsidRPr="001A63D6">
        <w:rPr>
          <w:rFonts w:asciiTheme="majorHAnsi" w:hAnsiTheme="majorHAnsi" w:cstheme="majorHAnsi"/>
        </w:rPr>
        <w:br/>
        <w:t xml:space="preserve">- </w:t>
      </w:r>
      <w:proofErr w:type="spellStart"/>
      <w:r w:rsidRPr="001A63D6">
        <w:rPr>
          <w:rFonts w:asciiTheme="majorHAnsi" w:hAnsiTheme="majorHAnsi" w:cstheme="majorHAnsi"/>
        </w:rPr>
        <w:t>Beweegcursussen</w:t>
      </w:r>
      <w:proofErr w:type="spellEnd"/>
      <w:r w:rsidRPr="001A63D6">
        <w:rPr>
          <w:rFonts w:asciiTheme="majorHAnsi" w:hAnsiTheme="majorHAnsi" w:cstheme="majorHAnsi"/>
        </w:rPr>
        <w:t xml:space="preserve"> en </w:t>
      </w:r>
      <w:proofErr w:type="spellStart"/>
      <w:r w:rsidRPr="001A63D6">
        <w:rPr>
          <w:rFonts w:asciiTheme="majorHAnsi" w:hAnsiTheme="majorHAnsi" w:cstheme="majorHAnsi"/>
        </w:rPr>
        <w:t>begeleid</w:t>
      </w:r>
      <w:proofErr w:type="spellEnd"/>
      <w:r w:rsidRPr="001A63D6">
        <w:rPr>
          <w:rFonts w:asciiTheme="majorHAnsi" w:hAnsiTheme="majorHAnsi" w:cstheme="majorHAnsi"/>
        </w:rPr>
        <w:t xml:space="preserve"> </w:t>
      </w:r>
      <w:proofErr w:type="spellStart"/>
      <w:r w:rsidRPr="001A63D6">
        <w:rPr>
          <w:rFonts w:asciiTheme="majorHAnsi" w:hAnsiTheme="majorHAnsi" w:cstheme="majorHAnsi"/>
        </w:rPr>
        <w:t>zwemmen</w:t>
      </w:r>
      <w:proofErr w:type="spellEnd"/>
      <w:r w:rsidRPr="001A63D6">
        <w:rPr>
          <w:rFonts w:asciiTheme="majorHAnsi" w:hAnsiTheme="majorHAnsi" w:cstheme="majorHAnsi"/>
        </w:rPr>
        <w:t xml:space="preserve">: </w:t>
      </w:r>
      <w:proofErr w:type="spellStart"/>
      <w:r w:rsidRPr="001A63D6">
        <w:rPr>
          <w:rFonts w:asciiTheme="majorHAnsi" w:hAnsiTheme="majorHAnsi" w:cstheme="majorHAnsi"/>
        </w:rPr>
        <w:t>speciale</w:t>
      </w:r>
      <w:proofErr w:type="spellEnd"/>
      <w:r w:rsidRPr="001A63D6">
        <w:rPr>
          <w:rFonts w:asciiTheme="majorHAnsi" w:hAnsiTheme="majorHAnsi" w:cstheme="majorHAnsi"/>
        </w:rPr>
        <w:t xml:space="preserve"> lessen </w:t>
      </w:r>
      <w:proofErr w:type="spellStart"/>
      <w:r w:rsidRPr="001A63D6">
        <w:rPr>
          <w:rFonts w:asciiTheme="majorHAnsi" w:hAnsiTheme="majorHAnsi" w:cstheme="majorHAnsi"/>
        </w:rPr>
        <w:t>voor</w:t>
      </w:r>
      <w:proofErr w:type="spellEnd"/>
      <w:r w:rsidRPr="001A63D6">
        <w:rPr>
          <w:rFonts w:asciiTheme="majorHAnsi" w:hAnsiTheme="majorHAnsi" w:cstheme="majorHAnsi"/>
        </w:rPr>
        <w:t xml:space="preserve"> </w:t>
      </w:r>
      <w:proofErr w:type="spellStart"/>
      <w:r w:rsidRPr="001A63D6">
        <w:rPr>
          <w:rFonts w:asciiTheme="majorHAnsi" w:hAnsiTheme="majorHAnsi" w:cstheme="majorHAnsi"/>
        </w:rPr>
        <w:t>verschillende</w:t>
      </w:r>
      <w:proofErr w:type="spellEnd"/>
      <w:r w:rsidRPr="001A63D6">
        <w:rPr>
          <w:rFonts w:asciiTheme="majorHAnsi" w:hAnsiTheme="majorHAnsi" w:cstheme="majorHAnsi"/>
        </w:rPr>
        <w:t xml:space="preserve"> doelgroepen, zoals ouderen en jongeren.</w:t>
      </w:r>
      <w:r w:rsidRPr="001A63D6">
        <w:rPr>
          <w:rFonts w:asciiTheme="majorHAnsi" w:hAnsiTheme="majorHAnsi" w:cstheme="majorHAnsi"/>
        </w:rPr>
        <w:br/>
        <w:t xml:space="preserve">- </w:t>
      </w:r>
      <w:proofErr w:type="spellStart"/>
      <w:r w:rsidRPr="001A63D6">
        <w:rPr>
          <w:rFonts w:asciiTheme="majorHAnsi" w:hAnsiTheme="majorHAnsi" w:cstheme="majorHAnsi"/>
        </w:rPr>
        <w:t>Uitbreiding</w:t>
      </w:r>
      <w:proofErr w:type="spellEnd"/>
      <w:r w:rsidRPr="001A63D6">
        <w:rPr>
          <w:rFonts w:asciiTheme="majorHAnsi" w:hAnsiTheme="majorHAnsi" w:cstheme="majorHAnsi"/>
        </w:rPr>
        <w:t xml:space="preserve"> van </w:t>
      </w:r>
      <w:proofErr w:type="spellStart"/>
      <w:r w:rsidRPr="001A63D6">
        <w:rPr>
          <w:rFonts w:asciiTheme="majorHAnsi" w:hAnsiTheme="majorHAnsi" w:cstheme="majorHAnsi"/>
        </w:rPr>
        <w:t>culturele</w:t>
      </w:r>
      <w:proofErr w:type="spellEnd"/>
      <w:r w:rsidRPr="001A63D6">
        <w:rPr>
          <w:rFonts w:asciiTheme="majorHAnsi" w:hAnsiTheme="majorHAnsi" w:cstheme="majorHAnsi"/>
        </w:rPr>
        <w:t xml:space="preserve"> en </w:t>
      </w:r>
      <w:proofErr w:type="spellStart"/>
      <w:r w:rsidRPr="001A63D6">
        <w:rPr>
          <w:rFonts w:asciiTheme="majorHAnsi" w:hAnsiTheme="majorHAnsi" w:cstheme="majorHAnsi"/>
        </w:rPr>
        <w:t>sportieve</w:t>
      </w:r>
      <w:proofErr w:type="spellEnd"/>
      <w:r w:rsidRPr="001A63D6">
        <w:rPr>
          <w:rFonts w:asciiTheme="majorHAnsi" w:hAnsiTheme="majorHAnsi" w:cstheme="majorHAnsi"/>
        </w:rPr>
        <w:t xml:space="preserve"> </w:t>
      </w:r>
      <w:proofErr w:type="spellStart"/>
      <w:r w:rsidRPr="001A63D6">
        <w:rPr>
          <w:rFonts w:asciiTheme="majorHAnsi" w:hAnsiTheme="majorHAnsi" w:cstheme="majorHAnsi"/>
        </w:rPr>
        <w:t>evenementen</w:t>
      </w:r>
      <w:proofErr w:type="spellEnd"/>
      <w:r w:rsidRPr="001A63D6">
        <w:rPr>
          <w:rFonts w:asciiTheme="majorHAnsi" w:hAnsiTheme="majorHAnsi" w:cstheme="majorHAnsi"/>
        </w:rPr>
        <w:t xml:space="preserve">: </w:t>
      </w:r>
      <w:proofErr w:type="spellStart"/>
      <w:r w:rsidRPr="001A63D6">
        <w:rPr>
          <w:rFonts w:asciiTheme="majorHAnsi" w:hAnsiTheme="majorHAnsi" w:cstheme="majorHAnsi"/>
        </w:rPr>
        <w:t>naast</w:t>
      </w:r>
      <w:proofErr w:type="spellEnd"/>
      <w:r w:rsidRPr="001A63D6">
        <w:rPr>
          <w:rFonts w:asciiTheme="majorHAnsi" w:hAnsiTheme="majorHAnsi" w:cstheme="majorHAnsi"/>
        </w:rPr>
        <w:t xml:space="preserve"> sport </w:t>
      </w:r>
      <w:proofErr w:type="spellStart"/>
      <w:r w:rsidRPr="001A63D6">
        <w:rPr>
          <w:rFonts w:asciiTheme="majorHAnsi" w:hAnsiTheme="majorHAnsi" w:cstheme="majorHAnsi"/>
        </w:rPr>
        <w:t>ook</w:t>
      </w:r>
      <w:proofErr w:type="spellEnd"/>
      <w:r w:rsidRPr="001A63D6">
        <w:rPr>
          <w:rFonts w:asciiTheme="majorHAnsi" w:hAnsiTheme="majorHAnsi" w:cstheme="majorHAnsi"/>
        </w:rPr>
        <w:t xml:space="preserve"> </w:t>
      </w:r>
      <w:proofErr w:type="spellStart"/>
      <w:r w:rsidRPr="001A63D6">
        <w:rPr>
          <w:rFonts w:asciiTheme="majorHAnsi" w:hAnsiTheme="majorHAnsi" w:cstheme="majorHAnsi"/>
        </w:rPr>
        <w:t>ruimte</w:t>
      </w:r>
      <w:proofErr w:type="spellEnd"/>
      <w:r w:rsidRPr="001A63D6">
        <w:rPr>
          <w:rFonts w:asciiTheme="majorHAnsi" w:hAnsiTheme="majorHAnsi" w:cstheme="majorHAnsi"/>
        </w:rPr>
        <w:t xml:space="preserve"> </w:t>
      </w:r>
      <w:proofErr w:type="spellStart"/>
      <w:r w:rsidRPr="001A63D6">
        <w:rPr>
          <w:rFonts w:asciiTheme="majorHAnsi" w:hAnsiTheme="majorHAnsi" w:cstheme="majorHAnsi"/>
        </w:rPr>
        <w:t>voor</w:t>
      </w:r>
      <w:proofErr w:type="spellEnd"/>
      <w:r w:rsidRPr="001A63D6">
        <w:rPr>
          <w:rFonts w:asciiTheme="majorHAnsi" w:hAnsiTheme="majorHAnsi" w:cstheme="majorHAnsi"/>
        </w:rPr>
        <w:t xml:space="preserve"> </w:t>
      </w:r>
      <w:proofErr w:type="spellStart"/>
      <w:r w:rsidRPr="001A63D6">
        <w:rPr>
          <w:rFonts w:asciiTheme="majorHAnsi" w:hAnsiTheme="majorHAnsi" w:cstheme="majorHAnsi"/>
        </w:rPr>
        <w:t>muziek</w:t>
      </w:r>
      <w:proofErr w:type="spellEnd"/>
      <w:r w:rsidRPr="001A63D6">
        <w:rPr>
          <w:rFonts w:asciiTheme="majorHAnsi" w:hAnsiTheme="majorHAnsi" w:cstheme="majorHAnsi"/>
        </w:rPr>
        <w:t>, dans en sociale bijeenkomsten.</w:t>
      </w:r>
      <w:r w:rsidRPr="001A63D6">
        <w:rPr>
          <w:rFonts w:asciiTheme="majorHAnsi" w:hAnsiTheme="majorHAnsi" w:cstheme="majorHAnsi"/>
        </w:rPr>
        <w:br/>
        <w:t xml:space="preserve">- </w:t>
      </w:r>
      <w:proofErr w:type="spellStart"/>
      <w:r w:rsidRPr="001A63D6">
        <w:rPr>
          <w:rFonts w:asciiTheme="majorHAnsi" w:hAnsiTheme="majorHAnsi" w:cstheme="majorHAnsi"/>
        </w:rPr>
        <w:t>Samenwerking</w:t>
      </w:r>
      <w:proofErr w:type="spellEnd"/>
      <w:r w:rsidRPr="001A63D6">
        <w:rPr>
          <w:rFonts w:asciiTheme="majorHAnsi" w:hAnsiTheme="majorHAnsi" w:cstheme="majorHAnsi"/>
        </w:rPr>
        <w:t xml:space="preserve"> met </w:t>
      </w:r>
      <w:proofErr w:type="spellStart"/>
      <w:r w:rsidRPr="001A63D6">
        <w:rPr>
          <w:rFonts w:asciiTheme="majorHAnsi" w:hAnsiTheme="majorHAnsi" w:cstheme="majorHAnsi"/>
        </w:rPr>
        <w:t>lokale</w:t>
      </w:r>
      <w:proofErr w:type="spellEnd"/>
      <w:r w:rsidRPr="001A63D6">
        <w:rPr>
          <w:rFonts w:asciiTheme="majorHAnsi" w:hAnsiTheme="majorHAnsi" w:cstheme="majorHAnsi"/>
        </w:rPr>
        <w:t xml:space="preserve"> </w:t>
      </w:r>
      <w:proofErr w:type="spellStart"/>
      <w:r w:rsidRPr="001A63D6">
        <w:rPr>
          <w:rFonts w:asciiTheme="majorHAnsi" w:hAnsiTheme="majorHAnsi" w:cstheme="majorHAnsi"/>
        </w:rPr>
        <w:t>verenigingen</w:t>
      </w:r>
      <w:proofErr w:type="spellEnd"/>
      <w:r w:rsidRPr="001A63D6">
        <w:rPr>
          <w:rFonts w:asciiTheme="majorHAnsi" w:hAnsiTheme="majorHAnsi" w:cstheme="majorHAnsi"/>
        </w:rPr>
        <w:t xml:space="preserve"> en </w:t>
      </w:r>
      <w:proofErr w:type="spellStart"/>
      <w:r w:rsidRPr="001A63D6">
        <w:rPr>
          <w:rFonts w:asciiTheme="majorHAnsi" w:hAnsiTheme="majorHAnsi" w:cstheme="majorHAnsi"/>
        </w:rPr>
        <w:t>bedrijven</w:t>
      </w:r>
      <w:proofErr w:type="spellEnd"/>
      <w:r w:rsidRPr="001A63D6">
        <w:rPr>
          <w:rFonts w:asciiTheme="majorHAnsi" w:hAnsiTheme="majorHAnsi" w:cstheme="majorHAnsi"/>
        </w:rPr>
        <w:t xml:space="preserve">: om het </w:t>
      </w:r>
      <w:proofErr w:type="spellStart"/>
      <w:r w:rsidRPr="001A63D6">
        <w:rPr>
          <w:rFonts w:asciiTheme="majorHAnsi" w:hAnsiTheme="majorHAnsi" w:cstheme="majorHAnsi"/>
        </w:rPr>
        <w:t>sportcentrum</w:t>
      </w:r>
      <w:proofErr w:type="spellEnd"/>
      <w:r w:rsidRPr="001A63D6">
        <w:rPr>
          <w:rFonts w:asciiTheme="majorHAnsi" w:hAnsiTheme="majorHAnsi" w:cstheme="majorHAnsi"/>
        </w:rPr>
        <w:t xml:space="preserve"> breder in te zetten.</w:t>
      </w:r>
      <w:r w:rsidRPr="001A63D6">
        <w:rPr>
          <w:rFonts w:asciiTheme="majorHAnsi" w:hAnsiTheme="majorHAnsi" w:cstheme="majorHAnsi"/>
        </w:rPr>
        <w:br/>
        <w:t xml:space="preserve">- 24-uurs </w:t>
      </w:r>
      <w:proofErr w:type="spellStart"/>
      <w:r w:rsidRPr="001A63D6">
        <w:rPr>
          <w:rFonts w:asciiTheme="majorHAnsi" w:hAnsiTheme="majorHAnsi" w:cstheme="majorHAnsi"/>
        </w:rPr>
        <w:t>toegang</w:t>
      </w:r>
      <w:proofErr w:type="spellEnd"/>
      <w:r w:rsidRPr="001A63D6">
        <w:rPr>
          <w:rFonts w:asciiTheme="majorHAnsi" w:hAnsiTheme="majorHAnsi" w:cstheme="majorHAnsi"/>
        </w:rPr>
        <w:t xml:space="preserve"> tot </w:t>
      </w:r>
      <w:proofErr w:type="spellStart"/>
      <w:r w:rsidRPr="001A63D6">
        <w:rPr>
          <w:rFonts w:asciiTheme="majorHAnsi" w:hAnsiTheme="majorHAnsi" w:cstheme="majorHAnsi"/>
        </w:rPr>
        <w:t>bepaalde</w:t>
      </w:r>
      <w:proofErr w:type="spellEnd"/>
      <w:r w:rsidRPr="001A63D6">
        <w:rPr>
          <w:rFonts w:asciiTheme="majorHAnsi" w:hAnsiTheme="majorHAnsi" w:cstheme="majorHAnsi"/>
        </w:rPr>
        <w:t xml:space="preserve"> </w:t>
      </w:r>
      <w:proofErr w:type="spellStart"/>
      <w:r w:rsidRPr="001A63D6">
        <w:rPr>
          <w:rFonts w:asciiTheme="majorHAnsi" w:hAnsiTheme="majorHAnsi" w:cstheme="majorHAnsi"/>
        </w:rPr>
        <w:t>faciliteiten</w:t>
      </w:r>
      <w:proofErr w:type="spellEnd"/>
      <w:r w:rsidRPr="001A63D6">
        <w:rPr>
          <w:rFonts w:asciiTheme="majorHAnsi" w:hAnsiTheme="majorHAnsi" w:cstheme="majorHAnsi"/>
        </w:rPr>
        <w:t xml:space="preserve">: </w:t>
      </w:r>
      <w:proofErr w:type="spellStart"/>
      <w:r w:rsidRPr="001A63D6">
        <w:rPr>
          <w:rFonts w:asciiTheme="majorHAnsi" w:hAnsiTheme="majorHAnsi" w:cstheme="majorHAnsi"/>
        </w:rPr>
        <w:t>vooral</w:t>
      </w:r>
      <w:proofErr w:type="spellEnd"/>
      <w:r w:rsidRPr="001A63D6">
        <w:rPr>
          <w:rFonts w:asciiTheme="majorHAnsi" w:hAnsiTheme="majorHAnsi" w:cstheme="majorHAnsi"/>
        </w:rPr>
        <w:t xml:space="preserve"> </w:t>
      </w:r>
      <w:proofErr w:type="spellStart"/>
      <w:r w:rsidRPr="001A63D6">
        <w:rPr>
          <w:rFonts w:asciiTheme="majorHAnsi" w:hAnsiTheme="majorHAnsi" w:cstheme="majorHAnsi"/>
        </w:rPr>
        <w:t>voor</w:t>
      </w:r>
      <w:proofErr w:type="spellEnd"/>
      <w:r w:rsidRPr="001A63D6">
        <w:rPr>
          <w:rFonts w:asciiTheme="majorHAnsi" w:hAnsiTheme="majorHAnsi" w:cstheme="majorHAnsi"/>
        </w:rPr>
        <w:t xml:space="preserve"> fitness en zwemmen.</w:t>
      </w:r>
      <w:r w:rsidRPr="001A63D6">
        <w:rPr>
          <w:rFonts w:asciiTheme="majorHAnsi" w:hAnsiTheme="majorHAnsi" w:cstheme="majorHAnsi"/>
        </w:rPr>
        <w:br/>
        <w:t xml:space="preserve">- </w:t>
      </w:r>
      <w:proofErr w:type="spellStart"/>
      <w:r w:rsidRPr="001A63D6">
        <w:rPr>
          <w:rFonts w:asciiTheme="majorHAnsi" w:hAnsiTheme="majorHAnsi" w:cstheme="majorHAnsi"/>
        </w:rPr>
        <w:t>Buitenactiviteiten</w:t>
      </w:r>
      <w:proofErr w:type="spellEnd"/>
      <w:r w:rsidRPr="001A63D6">
        <w:rPr>
          <w:rFonts w:asciiTheme="majorHAnsi" w:hAnsiTheme="majorHAnsi" w:cstheme="majorHAnsi"/>
        </w:rPr>
        <w:t xml:space="preserve"> </w:t>
      </w:r>
      <w:proofErr w:type="spellStart"/>
      <w:r w:rsidRPr="001A63D6">
        <w:rPr>
          <w:rFonts w:asciiTheme="majorHAnsi" w:hAnsiTheme="majorHAnsi" w:cstheme="majorHAnsi"/>
        </w:rPr>
        <w:t>zoals</w:t>
      </w:r>
      <w:proofErr w:type="spellEnd"/>
      <w:r w:rsidRPr="001A63D6">
        <w:rPr>
          <w:rFonts w:asciiTheme="majorHAnsi" w:hAnsiTheme="majorHAnsi" w:cstheme="majorHAnsi"/>
        </w:rPr>
        <w:t xml:space="preserve"> </w:t>
      </w:r>
      <w:proofErr w:type="spellStart"/>
      <w:r w:rsidRPr="001A63D6">
        <w:rPr>
          <w:rFonts w:asciiTheme="majorHAnsi" w:hAnsiTheme="majorHAnsi" w:cstheme="majorHAnsi"/>
        </w:rPr>
        <w:t>klimbos</w:t>
      </w:r>
      <w:proofErr w:type="spellEnd"/>
      <w:r w:rsidRPr="001A63D6">
        <w:rPr>
          <w:rFonts w:asciiTheme="majorHAnsi" w:hAnsiTheme="majorHAnsi" w:cstheme="majorHAnsi"/>
        </w:rPr>
        <w:t xml:space="preserve"> en </w:t>
      </w:r>
      <w:proofErr w:type="spellStart"/>
      <w:r w:rsidRPr="001A63D6">
        <w:rPr>
          <w:rFonts w:asciiTheme="majorHAnsi" w:hAnsiTheme="majorHAnsi" w:cstheme="majorHAnsi"/>
        </w:rPr>
        <w:t>mountainbikeparcours</w:t>
      </w:r>
      <w:proofErr w:type="spellEnd"/>
      <w:r w:rsidRPr="001A63D6">
        <w:rPr>
          <w:rFonts w:asciiTheme="majorHAnsi" w:hAnsiTheme="majorHAnsi" w:cstheme="majorHAnsi"/>
        </w:rPr>
        <w:t xml:space="preserve">: om de </w:t>
      </w:r>
      <w:proofErr w:type="spellStart"/>
      <w:r w:rsidRPr="001A63D6">
        <w:rPr>
          <w:rFonts w:asciiTheme="majorHAnsi" w:hAnsiTheme="majorHAnsi" w:cstheme="majorHAnsi"/>
        </w:rPr>
        <w:t>verbinding</w:t>
      </w:r>
      <w:proofErr w:type="spellEnd"/>
      <w:r w:rsidRPr="001A63D6">
        <w:rPr>
          <w:rFonts w:asciiTheme="majorHAnsi" w:hAnsiTheme="majorHAnsi" w:cstheme="majorHAnsi"/>
        </w:rPr>
        <w:t xml:space="preserve"> met de </w:t>
      </w:r>
      <w:proofErr w:type="spellStart"/>
      <w:r w:rsidRPr="001A63D6">
        <w:rPr>
          <w:rFonts w:asciiTheme="majorHAnsi" w:hAnsiTheme="majorHAnsi" w:cstheme="majorHAnsi"/>
        </w:rPr>
        <w:t>natuur</w:t>
      </w:r>
      <w:proofErr w:type="spellEnd"/>
      <w:r w:rsidRPr="001A63D6">
        <w:rPr>
          <w:rFonts w:asciiTheme="majorHAnsi" w:hAnsiTheme="majorHAnsi" w:cstheme="majorHAnsi"/>
        </w:rPr>
        <w:t xml:space="preserve"> </w:t>
      </w:r>
      <w:proofErr w:type="spellStart"/>
      <w:r w:rsidRPr="001A63D6">
        <w:rPr>
          <w:rFonts w:asciiTheme="majorHAnsi" w:hAnsiTheme="majorHAnsi" w:cstheme="majorHAnsi"/>
        </w:rPr>
        <w:t>te</w:t>
      </w:r>
      <w:proofErr w:type="spellEnd"/>
      <w:r w:rsidRPr="001A63D6">
        <w:rPr>
          <w:rFonts w:asciiTheme="majorHAnsi" w:hAnsiTheme="majorHAnsi" w:cstheme="majorHAnsi"/>
        </w:rPr>
        <w:t xml:space="preserve"> </w:t>
      </w:r>
      <w:proofErr w:type="spellStart"/>
      <w:r w:rsidRPr="001A63D6">
        <w:rPr>
          <w:rFonts w:asciiTheme="majorHAnsi" w:hAnsiTheme="majorHAnsi" w:cstheme="majorHAnsi"/>
        </w:rPr>
        <w:t>versterken</w:t>
      </w:r>
      <w:proofErr w:type="spellEnd"/>
      <w:r w:rsidRPr="001A63D6">
        <w:rPr>
          <w:rFonts w:asciiTheme="majorHAnsi" w:hAnsiTheme="majorHAnsi" w:cstheme="majorHAnsi"/>
        </w:rPr>
        <w:t>.</w:t>
      </w:r>
    </w:p>
    <w:p w14:paraId="3115259C" w14:textId="77777777" w:rsidR="001A63D6" w:rsidRPr="001A63D6" w:rsidRDefault="001A63D6">
      <w:pPr>
        <w:rPr>
          <w:rFonts w:asciiTheme="majorHAnsi" w:hAnsiTheme="majorHAnsi" w:cstheme="majorHAnsi"/>
        </w:rPr>
      </w:pPr>
    </w:p>
    <w:p w14:paraId="151CD875" w14:textId="64069CDE" w:rsidR="0087219D" w:rsidRPr="001A63D6" w:rsidRDefault="001A63D6">
      <w:pPr>
        <w:pStyle w:val="Kop2"/>
        <w:rPr>
          <w:rFonts w:cstheme="majorHAnsi"/>
        </w:rPr>
      </w:pPr>
      <w:proofErr w:type="spellStart"/>
      <w:r w:rsidRPr="001A63D6">
        <w:rPr>
          <w:rFonts w:cstheme="majorHAnsi"/>
        </w:rPr>
        <w:lastRenderedPageBreak/>
        <w:t>Duurzaamheid</w:t>
      </w:r>
      <w:proofErr w:type="spellEnd"/>
      <w:r w:rsidRPr="001A63D6">
        <w:rPr>
          <w:rFonts w:cstheme="majorHAnsi"/>
        </w:rPr>
        <w:t xml:space="preserve"> en </w:t>
      </w:r>
      <w:proofErr w:type="spellStart"/>
      <w:r w:rsidRPr="001A63D6">
        <w:rPr>
          <w:rFonts w:cstheme="majorHAnsi"/>
        </w:rPr>
        <w:t>Beheer</w:t>
      </w:r>
      <w:proofErr w:type="spellEnd"/>
    </w:p>
    <w:p w14:paraId="0EA8B16F" w14:textId="64CC27CF" w:rsidR="0087219D" w:rsidRPr="001A63D6" w:rsidRDefault="001A63D6">
      <w:pPr>
        <w:rPr>
          <w:rFonts w:asciiTheme="majorHAnsi" w:hAnsiTheme="majorHAnsi" w:cstheme="majorHAnsi"/>
        </w:rPr>
      </w:pPr>
      <w:r w:rsidRPr="001A63D6">
        <w:rPr>
          <w:rFonts w:asciiTheme="majorHAnsi" w:hAnsiTheme="majorHAnsi" w:cstheme="majorHAnsi"/>
        </w:rPr>
        <w:t>Om Flidunen in goede conditie te houden en toekomstbestendig te maken, werden de volgende suggesties gegeven:</w:t>
      </w:r>
      <w:r w:rsidRPr="001A63D6">
        <w:rPr>
          <w:rFonts w:asciiTheme="majorHAnsi" w:hAnsiTheme="majorHAnsi" w:cstheme="majorHAnsi"/>
        </w:rPr>
        <w:br/>
        <w:t xml:space="preserve">- </w:t>
      </w:r>
      <w:proofErr w:type="spellStart"/>
      <w:r w:rsidRPr="001A63D6">
        <w:rPr>
          <w:rFonts w:asciiTheme="majorHAnsi" w:hAnsiTheme="majorHAnsi" w:cstheme="majorHAnsi"/>
        </w:rPr>
        <w:t>Lokaal</w:t>
      </w:r>
      <w:proofErr w:type="spellEnd"/>
      <w:r w:rsidRPr="001A63D6">
        <w:rPr>
          <w:rFonts w:asciiTheme="majorHAnsi" w:hAnsiTheme="majorHAnsi" w:cstheme="majorHAnsi"/>
        </w:rPr>
        <w:t xml:space="preserve"> </w:t>
      </w:r>
      <w:proofErr w:type="spellStart"/>
      <w:r w:rsidRPr="001A63D6">
        <w:rPr>
          <w:rFonts w:asciiTheme="majorHAnsi" w:hAnsiTheme="majorHAnsi" w:cstheme="majorHAnsi"/>
        </w:rPr>
        <w:t>onderhoud</w:t>
      </w:r>
      <w:proofErr w:type="spellEnd"/>
      <w:r w:rsidRPr="001A63D6">
        <w:rPr>
          <w:rFonts w:asciiTheme="majorHAnsi" w:hAnsiTheme="majorHAnsi" w:cstheme="majorHAnsi"/>
        </w:rPr>
        <w:t xml:space="preserve"> door </w:t>
      </w:r>
      <w:proofErr w:type="spellStart"/>
      <w:r w:rsidRPr="001A63D6">
        <w:rPr>
          <w:rFonts w:asciiTheme="majorHAnsi" w:hAnsiTheme="majorHAnsi" w:cstheme="majorHAnsi"/>
        </w:rPr>
        <w:t>deskundigen</w:t>
      </w:r>
      <w:proofErr w:type="spellEnd"/>
      <w:r w:rsidRPr="001A63D6">
        <w:rPr>
          <w:rFonts w:asciiTheme="majorHAnsi" w:hAnsiTheme="majorHAnsi" w:cstheme="majorHAnsi"/>
        </w:rPr>
        <w:t xml:space="preserve">: </w:t>
      </w:r>
      <w:proofErr w:type="spellStart"/>
      <w:r w:rsidRPr="001A63D6">
        <w:rPr>
          <w:rFonts w:asciiTheme="majorHAnsi" w:hAnsiTheme="majorHAnsi" w:cstheme="majorHAnsi"/>
        </w:rPr>
        <w:t>samenwerking</w:t>
      </w:r>
      <w:proofErr w:type="spellEnd"/>
      <w:r w:rsidRPr="001A63D6">
        <w:rPr>
          <w:rFonts w:asciiTheme="majorHAnsi" w:hAnsiTheme="majorHAnsi" w:cstheme="majorHAnsi"/>
        </w:rPr>
        <w:t xml:space="preserve"> met </w:t>
      </w:r>
      <w:proofErr w:type="spellStart"/>
      <w:r w:rsidRPr="001A63D6">
        <w:rPr>
          <w:rFonts w:asciiTheme="majorHAnsi" w:hAnsiTheme="majorHAnsi" w:cstheme="majorHAnsi"/>
        </w:rPr>
        <w:t>lokale</w:t>
      </w:r>
      <w:proofErr w:type="spellEnd"/>
      <w:r w:rsidRPr="001A63D6">
        <w:rPr>
          <w:rFonts w:asciiTheme="majorHAnsi" w:hAnsiTheme="majorHAnsi" w:cstheme="majorHAnsi"/>
        </w:rPr>
        <w:t xml:space="preserve"> </w:t>
      </w:r>
      <w:proofErr w:type="spellStart"/>
      <w:r w:rsidRPr="001A63D6">
        <w:rPr>
          <w:rFonts w:asciiTheme="majorHAnsi" w:hAnsiTheme="majorHAnsi" w:cstheme="majorHAnsi"/>
        </w:rPr>
        <w:t>bedrijven</w:t>
      </w:r>
      <w:proofErr w:type="spellEnd"/>
      <w:r w:rsidRPr="001A63D6">
        <w:rPr>
          <w:rFonts w:asciiTheme="majorHAnsi" w:hAnsiTheme="majorHAnsi" w:cstheme="majorHAnsi"/>
        </w:rPr>
        <w:t xml:space="preserve"> om kleine renovaties snel uit te voeren.</w:t>
      </w:r>
      <w:r w:rsidRPr="001A63D6">
        <w:rPr>
          <w:rFonts w:asciiTheme="majorHAnsi" w:hAnsiTheme="majorHAnsi" w:cstheme="majorHAnsi"/>
        </w:rPr>
        <w:br/>
        <w:t xml:space="preserve">- </w:t>
      </w:r>
      <w:proofErr w:type="spellStart"/>
      <w:r w:rsidRPr="001A63D6">
        <w:rPr>
          <w:rFonts w:asciiTheme="majorHAnsi" w:hAnsiTheme="majorHAnsi" w:cstheme="majorHAnsi"/>
        </w:rPr>
        <w:t>Samenwerking</w:t>
      </w:r>
      <w:proofErr w:type="spellEnd"/>
      <w:r w:rsidRPr="001A63D6">
        <w:rPr>
          <w:rFonts w:asciiTheme="majorHAnsi" w:hAnsiTheme="majorHAnsi" w:cstheme="majorHAnsi"/>
        </w:rPr>
        <w:t xml:space="preserve"> met </w:t>
      </w:r>
      <w:proofErr w:type="spellStart"/>
      <w:r w:rsidRPr="001A63D6">
        <w:rPr>
          <w:rFonts w:asciiTheme="majorHAnsi" w:hAnsiTheme="majorHAnsi" w:cstheme="majorHAnsi"/>
        </w:rPr>
        <w:t>vakantieparken</w:t>
      </w:r>
      <w:proofErr w:type="spellEnd"/>
      <w:r w:rsidRPr="001A63D6">
        <w:rPr>
          <w:rFonts w:asciiTheme="majorHAnsi" w:hAnsiTheme="majorHAnsi" w:cstheme="majorHAnsi"/>
        </w:rPr>
        <w:t xml:space="preserve"> en hotels: </w:t>
      </w:r>
      <w:proofErr w:type="spellStart"/>
      <w:r w:rsidRPr="001A63D6">
        <w:rPr>
          <w:rFonts w:asciiTheme="majorHAnsi" w:hAnsiTheme="majorHAnsi" w:cstheme="majorHAnsi"/>
        </w:rPr>
        <w:t>bijvoorbeeld</w:t>
      </w:r>
      <w:proofErr w:type="spellEnd"/>
      <w:r w:rsidRPr="001A63D6">
        <w:rPr>
          <w:rFonts w:asciiTheme="majorHAnsi" w:hAnsiTheme="majorHAnsi" w:cstheme="majorHAnsi"/>
        </w:rPr>
        <w:t xml:space="preserve"> door </w:t>
      </w:r>
      <w:proofErr w:type="spellStart"/>
      <w:r w:rsidRPr="001A63D6">
        <w:rPr>
          <w:rFonts w:asciiTheme="majorHAnsi" w:hAnsiTheme="majorHAnsi" w:cstheme="majorHAnsi"/>
        </w:rPr>
        <w:t>speciale</w:t>
      </w:r>
      <w:proofErr w:type="spellEnd"/>
      <w:r w:rsidRPr="001A63D6">
        <w:rPr>
          <w:rFonts w:asciiTheme="majorHAnsi" w:hAnsiTheme="majorHAnsi" w:cstheme="majorHAnsi"/>
        </w:rPr>
        <w:t xml:space="preserve"> vouchers aan te bieden.</w:t>
      </w:r>
      <w:r w:rsidRPr="001A63D6">
        <w:rPr>
          <w:rFonts w:asciiTheme="majorHAnsi" w:hAnsiTheme="majorHAnsi" w:cstheme="majorHAnsi"/>
        </w:rPr>
        <w:br/>
        <w:t xml:space="preserve">- </w:t>
      </w:r>
      <w:proofErr w:type="spellStart"/>
      <w:r w:rsidRPr="001A63D6">
        <w:rPr>
          <w:rFonts w:asciiTheme="majorHAnsi" w:hAnsiTheme="majorHAnsi" w:cstheme="majorHAnsi"/>
        </w:rPr>
        <w:t>Duurzame</w:t>
      </w:r>
      <w:proofErr w:type="spellEnd"/>
      <w:r w:rsidRPr="001A63D6">
        <w:rPr>
          <w:rFonts w:asciiTheme="majorHAnsi" w:hAnsiTheme="majorHAnsi" w:cstheme="majorHAnsi"/>
        </w:rPr>
        <w:t xml:space="preserve"> </w:t>
      </w:r>
      <w:proofErr w:type="spellStart"/>
      <w:r w:rsidRPr="001A63D6">
        <w:rPr>
          <w:rFonts w:asciiTheme="majorHAnsi" w:hAnsiTheme="majorHAnsi" w:cstheme="majorHAnsi"/>
        </w:rPr>
        <w:t>energievoorzieningen</w:t>
      </w:r>
      <w:proofErr w:type="spellEnd"/>
      <w:r w:rsidRPr="001A63D6">
        <w:rPr>
          <w:rFonts w:asciiTheme="majorHAnsi" w:hAnsiTheme="majorHAnsi" w:cstheme="majorHAnsi"/>
        </w:rPr>
        <w:t xml:space="preserve">: </w:t>
      </w:r>
      <w:proofErr w:type="spellStart"/>
      <w:r w:rsidRPr="001A63D6">
        <w:rPr>
          <w:rFonts w:asciiTheme="majorHAnsi" w:hAnsiTheme="majorHAnsi" w:cstheme="majorHAnsi"/>
        </w:rPr>
        <w:t>zoals</w:t>
      </w:r>
      <w:proofErr w:type="spellEnd"/>
      <w:r w:rsidRPr="001A63D6">
        <w:rPr>
          <w:rFonts w:asciiTheme="majorHAnsi" w:hAnsiTheme="majorHAnsi" w:cstheme="majorHAnsi"/>
        </w:rPr>
        <w:t xml:space="preserve"> </w:t>
      </w:r>
      <w:proofErr w:type="spellStart"/>
      <w:r w:rsidRPr="001A63D6">
        <w:rPr>
          <w:rFonts w:asciiTheme="majorHAnsi" w:hAnsiTheme="majorHAnsi" w:cstheme="majorHAnsi"/>
        </w:rPr>
        <w:t>zonnepanelen</w:t>
      </w:r>
      <w:proofErr w:type="spellEnd"/>
      <w:r w:rsidRPr="001A63D6">
        <w:rPr>
          <w:rFonts w:asciiTheme="majorHAnsi" w:hAnsiTheme="majorHAnsi" w:cstheme="majorHAnsi"/>
        </w:rPr>
        <w:t xml:space="preserve"> en energiebesparende maatregelen.</w:t>
      </w:r>
      <w:r w:rsidRPr="001A63D6">
        <w:rPr>
          <w:rFonts w:asciiTheme="majorHAnsi" w:hAnsiTheme="majorHAnsi" w:cstheme="majorHAnsi"/>
        </w:rPr>
        <w:br/>
        <w:t xml:space="preserve">- </w:t>
      </w:r>
      <w:proofErr w:type="spellStart"/>
      <w:r w:rsidRPr="001A63D6">
        <w:rPr>
          <w:rFonts w:asciiTheme="majorHAnsi" w:hAnsiTheme="majorHAnsi" w:cstheme="majorHAnsi"/>
        </w:rPr>
        <w:t>Financiële</w:t>
      </w:r>
      <w:proofErr w:type="spellEnd"/>
      <w:r w:rsidRPr="001A63D6">
        <w:rPr>
          <w:rFonts w:asciiTheme="majorHAnsi" w:hAnsiTheme="majorHAnsi" w:cstheme="majorHAnsi"/>
        </w:rPr>
        <w:t xml:space="preserve"> </w:t>
      </w:r>
      <w:proofErr w:type="spellStart"/>
      <w:r w:rsidRPr="001A63D6">
        <w:rPr>
          <w:rFonts w:asciiTheme="majorHAnsi" w:hAnsiTheme="majorHAnsi" w:cstheme="majorHAnsi"/>
        </w:rPr>
        <w:t>ondersteuning</w:t>
      </w:r>
      <w:proofErr w:type="spellEnd"/>
      <w:r w:rsidRPr="001A63D6">
        <w:rPr>
          <w:rFonts w:asciiTheme="majorHAnsi" w:hAnsiTheme="majorHAnsi" w:cstheme="majorHAnsi"/>
        </w:rPr>
        <w:t xml:space="preserve"> via </w:t>
      </w:r>
      <w:proofErr w:type="spellStart"/>
      <w:r w:rsidRPr="001A63D6">
        <w:rPr>
          <w:rFonts w:asciiTheme="majorHAnsi" w:hAnsiTheme="majorHAnsi" w:cstheme="majorHAnsi"/>
        </w:rPr>
        <w:t>een</w:t>
      </w:r>
      <w:proofErr w:type="spellEnd"/>
      <w:r w:rsidRPr="001A63D6">
        <w:rPr>
          <w:rFonts w:asciiTheme="majorHAnsi" w:hAnsiTheme="majorHAnsi" w:cstheme="majorHAnsi"/>
        </w:rPr>
        <w:t xml:space="preserve"> </w:t>
      </w:r>
      <w:proofErr w:type="spellStart"/>
      <w:r w:rsidRPr="001A63D6">
        <w:rPr>
          <w:rFonts w:asciiTheme="majorHAnsi" w:hAnsiTheme="majorHAnsi" w:cstheme="majorHAnsi"/>
        </w:rPr>
        <w:t>donateursmodel</w:t>
      </w:r>
      <w:proofErr w:type="spellEnd"/>
      <w:r w:rsidRPr="001A63D6">
        <w:rPr>
          <w:rFonts w:asciiTheme="majorHAnsi" w:hAnsiTheme="majorHAnsi" w:cstheme="majorHAnsi"/>
        </w:rPr>
        <w:t xml:space="preserve">: </w:t>
      </w:r>
      <w:proofErr w:type="spellStart"/>
      <w:r w:rsidRPr="001A63D6">
        <w:rPr>
          <w:rFonts w:asciiTheme="majorHAnsi" w:hAnsiTheme="majorHAnsi" w:cstheme="majorHAnsi"/>
        </w:rPr>
        <w:t>waarbij</w:t>
      </w:r>
      <w:proofErr w:type="spellEnd"/>
      <w:r w:rsidRPr="001A63D6">
        <w:rPr>
          <w:rFonts w:asciiTheme="majorHAnsi" w:hAnsiTheme="majorHAnsi" w:cstheme="majorHAnsi"/>
        </w:rPr>
        <w:t xml:space="preserve"> </w:t>
      </w:r>
      <w:proofErr w:type="spellStart"/>
      <w:r w:rsidRPr="001A63D6">
        <w:rPr>
          <w:rFonts w:asciiTheme="majorHAnsi" w:hAnsiTheme="majorHAnsi" w:cstheme="majorHAnsi"/>
        </w:rPr>
        <w:t>ook</w:t>
      </w:r>
      <w:proofErr w:type="spellEnd"/>
      <w:r w:rsidRPr="001A63D6">
        <w:rPr>
          <w:rFonts w:asciiTheme="majorHAnsi" w:hAnsiTheme="majorHAnsi" w:cstheme="majorHAnsi"/>
        </w:rPr>
        <w:t xml:space="preserve"> </w:t>
      </w:r>
      <w:proofErr w:type="spellStart"/>
      <w:r w:rsidRPr="001A63D6">
        <w:rPr>
          <w:rFonts w:asciiTheme="majorHAnsi" w:hAnsiTheme="majorHAnsi" w:cstheme="majorHAnsi"/>
        </w:rPr>
        <w:t>mensen</w:t>
      </w:r>
      <w:proofErr w:type="spellEnd"/>
      <w:r w:rsidRPr="001A63D6">
        <w:rPr>
          <w:rFonts w:asciiTheme="majorHAnsi" w:hAnsiTheme="majorHAnsi" w:cstheme="majorHAnsi"/>
        </w:rPr>
        <w:t xml:space="preserve"> die geen gebruik maken van Flidunen, het centrum financieel kunnen steunen.</w:t>
      </w:r>
      <w:r w:rsidRPr="001A63D6">
        <w:rPr>
          <w:rFonts w:asciiTheme="majorHAnsi" w:hAnsiTheme="majorHAnsi" w:cstheme="majorHAnsi"/>
        </w:rPr>
        <w:br/>
        <w:t xml:space="preserve">- Meer </w:t>
      </w:r>
      <w:proofErr w:type="spellStart"/>
      <w:r w:rsidRPr="001A63D6">
        <w:rPr>
          <w:rFonts w:asciiTheme="majorHAnsi" w:hAnsiTheme="majorHAnsi" w:cstheme="majorHAnsi"/>
        </w:rPr>
        <w:t>horecafaciliteiten</w:t>
      </w:r>
      <w:proofErr w:type="spellEnd"/>
      <w:r w:rsidRPr="001A63D6">
        <w:rPr>
          <w:rFonts w:asciiTheme="majorHAnsi" w:hAnsiTheme="majorHAnsi" w:cstheme="majorHAnsi"/>
        </w:rPr>
        <w:t xml:space="preserve"> en </w:t>
      </w:r>
      <w:proofErr w:type="spellStart"/>
      <w:r w:rsidRPr="001A63D6">
        <w:rPr>
          <w:rFonts w:asciiTheme="majorHAnsi" w:hAnsiTheme="majorHAnsi" w:cstheme="majorHAnsi"/>
        </w:rPr>
        <w:t>een</w:t>
      </w:r>
      <w:proofErr w:type="spellEnd"/>
      <w:r w:rsidRPr="001A63D6">
        <w:rPr>
          <w:rFonts w:asciiTheme="majorHAnsi" w:hAnsiTheme="majorHAnsi" w:cstheme="majorHAnsi"/>
        </w:rPr>
        <w:t xml:space="preserve"> </w:t>
      </w:r>
      <w:proofErr w:type="spellStart"/>
      <w:r w:rsidRPr="001A63D6">
        <w:rPr>
          <w:rFonts w:asciiTheme="majorHAnsi" w:hAnsiTheme="majorHAnsi" w:cstheme="majorHAnsi"/>
        </w:rPr>
        <w:t>gezelliger</w:t>
      </w:r>
      <w:proofErr w:type="spellEnd"/>
      <w:r w:rsidRPr="001A63D6">
        <w:rPr>
          <w:rFonts w:asciiTheme="majorHAnsi" w:hAnsiTheme="majorHAnsi" w:cstheme="majorHAnsi"/>
        </w:rPr>
        <w:t xml:space="preserve"> </w:t>
      </w:r>
      <w:proofErr w:type="spellStart"/>
      <w:r w:rsidRPr="001A63D6">
        <w:rPr>
          <w:rFonts w:asciiTheme="majorHAnsi" w:hAnsiTheme="majorHAnsi" w:cstheme="majorHAnsi"/>
        </w:rPr>
        <w:t>kantine</w:t>
      </w:r>
      <w:proofErr w:type="spellEnd"/>
      <w:r w:rsidRPr="001A63D6">
        <w:rPr>
          <w:rFonts w:asciiTheme="majorHAnsi" w:hAnsiTheme="majorHAnsi" w:cstheme="majorHAnsi"/>
        </w:rPr>
        <w:t xml:space="preserve">: om de </w:t>
      </w:r>
      <w:proofErr w:type="spellStart"/>
      <w:r w:rsidRPr="001A63D6">
        <w:rPr>
          <w:rFonts w:asciiTheme="majorHAnsi" w:hAnsiTheme="majorHAnsi" w:cstheme="majorHAnsi"/>
        </w:rPr>
        <w:t>sociale</w:t>
      </w:r>
      <w:proofErr w:type="spellEnd"/>
      <w:r w:rsidRPr="001A63D6">
        <w:rPr>
          <w:rFonts w:asciiTheme="majorHAnsi" w:hAnsiTheme="majorHAnsi" w:cstheme="majorHAnsi"/>
        </w:rPr>
        <w:t xml:space="preserve"> </w:t>
      </w:r>
      <w:proofErr w:type="spellStart"/>
      <w:r w:rsidRPr="001A63D6">
        <w:rPr>
          <w:rFonts w:asciiTheme="majorHAnsi" w:hAnsiTheme="majorHAnsi" w:cstheme="majorHAnsi"/>
        </w:rPr>
        <w:t>functie</w:t>
      </w:r>
      <w:proofErr w:type="spellEnd"/>
      <w:r w:rsidRPr="001A63D6">
        <w:rPr>
          <w:rFonts w:asciiTheme="majorHAnsi" w:hAnsiTheme="majorHAnsi" w:cstheme="majorHAnsi"/>
        </w:rPr>
        <w:t xml:space="preserve"> van het sportcentrum te versterken.</w:t>
      </w:r>
    </w:p>
    <w:sectPr w:rsidR="0087219D" w:rsidRPr="001A63D6"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num w:numId="1" w16cid:durableId="1266815158">
    <w:abstractNumId w:val="8"/>
  </w:num>
  <w:num w:numId="2" w16cid:durableId="551960344">
    <w:abstractNumId w:val="6"/>
  </w:num>
  <w:num w:numId="3" w16cid:durableId="660355136">
    <w:abstractNumId w:val="5"/>
  </w:num>
  <w:num w:numId="4" w16cid:durableId="936408293">
    <w:abstractNumId w:val="4"/>
  </w:num>
  <w:num w:numId="5" w16cid:durableId="1635328514">
    <w:abstractNumId w:val="7"/>
  </w:num>
  <w:num w:numId="6" w16cid:durableId="379211529">
    <w:abstractNumId w:val="3"/>
  </w:num>
  <w:num w:numId="7" w16cid:durableId="1420327372">
    <w:abstractNumId w:val="2"/>
  </w:num>
  <w:num w:numId="8" w16cid:durableId="1428767619">
    <w:abstractNumId w:val="1"/>
  </w:num>
  <w:num w:numId="9" w16cid:durableId="10496473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A63D6"/>
    <w:rsid w:val="0029639D"/>
    <w:rsid w:val="00326F90"/>
    <w:rsid w:val="0087219D"/>
    <w:rsid w:val="0088503C"/>
    <w:rsid w:val="00AA1D8D"/>
    <w:rsid w:val="00B47730"/>
    <w:rsid w:val="00CB0664"/>
    <w:rsid w:val="00E40FC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BFF8105"/>
  <w14:defaultImageDpi w14:val="300"/>
  <w15:docId w15:val="{28531E70-612D-471F-8B9D-0848D12D4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693F"/>
  </w:style>
  <w:style w:type="paragraph" w:styleId="Kop1">
    <w:name w:val="heading 1"/>
    <w:basedOn w:val="Standaard"/>
    <w:next w:val="Standaard"/>
    <w:link w:val="Kop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Kop9">
    <w:name w:val="heading 9"/>
    <w:basedOn w:val="Standaard"/>
    <w:next w:val="Standaard"/>
    <w:link w:val="Kop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FC693F"/>
    <w:pPr>
      <w:spacing w:after="0" w:line="240" w:lineRule="auto"/>
    </w:pPr>
  </w:style>
  <w:style w:type="character" w:customStyle="1" w:styleId="Kop1Char">
    <w:name w:val="Kop 1 Char"/>
    <w:basedOn w:val="Standaardalinea-lettertype"/>
    <w:link w:val="Kop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FC693F"/>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FC693F"/>
    <w:rPr>
      <w:rFonts w:asciiTheme="majorHAnsi" w:eastAsiaTheme="majorEastAsia" w:hAnsiTheme="majorHAnsi" w:cstheme="majorBidi"/>
      <w:b/>
      <w:bCs/>
      <w:color w:val="4F81BD" w:themeColor="accent1"/>
    </w:rPr>
  </w:style>
  <w:style w:type="paragraph" w:styleId="Titel">
    <w:name w:val="Title"/>
    <w:basedOn w:val="Standaard"/>
    <w:next w:val="Standaard"/>
    <w:link w:val="Tite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5"/>
      </w:numPr>
      <w:contextualSpacing/>
    </w:pPr>
  </w:style>
  <w:style w:type="paragraph" w:styleId="Lijstnummering2">
    <w:name w:val="List Number 2"/>
    <w:basedOn w:val="Standaard"/>
    <w:uiPriority w:val="99"/>
    <w:unhideWhenUsed/>
    <w:rsid w:val="0029639D"/>
    <w:pPr>
      <w:numPr>
        <w:numId w:val="6"/>
      </w:numPr>
      <w:contextualSpacing/>
    </w:pPr>
  </w:style>
  <w:style w:type="paragraph" w:styleId="Lijstnummering3">
    <w:name w:val="List Number 3"/>
    <w:basedOn w:val="Standaard"/>
    <w:uiPriority w:val="99"/>
    <w:unhideWhenUsed/>
    <w:rsid w:val="0029639D"/>
    <w:pPr>
      <w:numPr>
        <w:numId w:val="7"/>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customStyle="1" w:styleId="CitaatChar">
    <w:name w:val="Citaat Char"/>
    <w:basedOn w:val="Standaardalinea-lettertype"/>
    <w:link w:val="Citaat"/>
    <w:uiPriority w:val="29"/>
    <w:rsid w:val="00FC693F"/>
    <w:rPr>
      <w:i/>
      <w:iCs/>
      <w:color w:val="000000" w:themeColor="text1"/>
    </w:rPr>
  </w:style>
  <w:style w:type="character" w:customStyle="1" w:styleId="Kop4Char">
    <w:name w:val="Kop 4 Char"/>
    <w:basedOn w:val="Standaardalinea-lettertype"/>
    <w:link w:val="Kop4"/>
    <w:uiPriority w:val="9"/>
    <w:semiHidden/>
    <w:rsid w:val="00FC693F"/>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FC693F"/>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FC693F"/>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FC693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C693F"/>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FC693F"/>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semiHidden/>
    <w:unhideWhenUsed/>
    <w:qFormat/>
    <w:rsid w:val="00FC693F"/>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651</Words>
  <Characters>3581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4224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Heule, David</cp:lastModifiedBy>
  <cp:revision>3</cp:revision>
  <dcterms:created xsi:type="dcterms:W3CDTF">2025-02-05T09:54:00Z</dcterms:created>
  <dcterms:modified xsi:type="dcterms:W3CDTF">2025-02-24T14:36:00Z</dcterms:modified>
  <cp:category/>
</cp:coreProperties>
</file>